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60"/>
        <w:jc w:val="center"/>
      </w:pPr>
      <w:r>
        <w:rPr>
          <w:rFonts w:ascii="NanumBarunGothic" w:hAnsi="NanumBarunGothic" w:eastAsia="NanumBarunGothic"/>
          <w:b/>
          <w:color w:val="1F4E79"/>
          <w:sz w:val="44"/>
        </w:rPr>
        <w:t>연구 현실성 점검 워크시트</w:t>
      </w:r>
    </w:p>
    <w:p>
      <w:pPr>
        <w:spacing w:after="60"/>
        <w:jc w:val="center"/>
      </w:pPr>
      <w:r>
        <w:rPr>
          <w:rFonts w:ascii="NanumBarunGothic" w:hAnsi="NanumBarunGothic" w:eastAsia="NanumBarunGothic"/>
          <w:b w:val="0"/>
          <w:color w:val="404040"/>
          <w:sz w:val="22"/>
        </w:rPr>
        <w:t>연구 아이디어를 논문 가능한 프로젝트로 바꾸기 위한 수정 가능한 점수표</w:t>
      </w:r>
    </w:p>
    <w:p>
      <w:pPr>
        <w:spacing w:after="60"/>
        <w:jc w:val="center"/>
      </w:pPr>
      <w:r>
        <w:rPr>
          <w:rFonts w:ascii="NanumBarunGothic" w:hAnsi="NanumBarunGothic" w:eastAsia="NanumBarunGothic"/>
          <w:b w:val="0"/>
          <w:color w:val="666666"/>
          <w:sz w:val="16"/>
        </w:rPr>
        <w:t>JeongGil Ko의 “Research Reality Check” 체크리스트를 학생용 워크시트 형태로 재구성함. 원문은 Koji Yatani의 글을 바탕으로 함.</w:t>
      </w:r>
    </w:p>
    <w:tbl>
      <w:tblPr>
        <w:tblW w:type="auto" w:w="0"/>
        <w:jc w:val="center"/>
        <w:tblLayout w:type="autofit"/>
        <w:tblLook w:firstColumn="1" w:firstRow="1" w:lastColumn="0" w:lastRow="0" w:noHBand="0" w:noVBand="1" w:val="04A0"/>
      </w:tblPr>
      <w:tblGrid>
        <w:gridCol w:w="15538"/>
      </w:tblGrid>
      <w:tr>
        <w:tc>
          <w:tcPr>
            <w:tcW w:type="dxa" w:w="15538"/>
            <w:shd w:fill="FFF2CC"/>
            <w:tcBorders>
              <w:top w:sz="8" w:val="single" w:color="9EADBA"/>
              <w:left w:sz="8" w:val="single" w:color="9EADBA"/>
              <w:bottom w:sz="8" w:val="single" w:color="9EADBA"/>
              <w:right w:sz="8" w:val="single" w:color="9EADBA"/>
            </w:tcBorders>
            <w:tcMar>
              <w:top w:w="80" w:type="dxa"/>
              <w:start w:w="80" w:type="dxa"/>
              <w:bottom w:w="80" w:type="dxa"/>
              <w:end w:w="80" w:type="dxa"/>
            </w:tcMar>
            <w:vAlign w:val="top"/>
          </w:tcPr>
          <w:p>
            <w:r>
              <w:rPr>
                <w:b/>
              </w:rPr>
            </w:r>
            <w:r>
              <w:rPr>
                <w:rFonts w:ascii="NanumBarunGothic" w:hAnsi="NanumBarunGothic" w:eastAsia="NanumBarunGothic"/>
                <w:b w:val="0"/>
                <w:sz w:val="18"/>
              </w:rPr>
              <w:t>목적</w:t>
            </w:r>
            <w:r>
              <w:br/>
            </w:r>
            <w:r>
              <w:rPr>
                <w:rFonts w:ascii="NanumBarunGothic" w:hAnsi="NanumBarunGothic" w:eastAsia="NanumBarunGothic"/>
                <w:b w:val="0"/>
                <w:sz w:val="18"/>
              </w:rPr>
              <w:t>새 연구 프로젝트를 시작하기 전에 이 워크시트를 사용한다. 목적은 모든 답을 완벽하게 쓰는 것이 아니라, 막연한 문제 정의, 약한 novelty, 빠진 baseline, 편향된 평가, 비현실적인 실행 계획 같은 약점을 일찍 드러내는 것이다.</w:t>
            </w:r>
          </w:p>
        </w:tc>
      </w:tr>
    </w:tbl>
    <w:p>
      <w:pPr>
        <w:spacing w:before="100" w:after="60"/>
      </w:pPr>
      <w:r>
        <w:rPr>
          <w:rFonts w:ascii="NanumBarunGothic" w:hAnsi="NanumBarunGothic" w:eastAsia="NanumBarunGothic"/>
          <w:b/>
          <w:color w:val="404040"/>
          <w:sz w:val="24"/>
        </w:rPr>
        <w:t>기본 점수 기준</w:t>
      </w:r>
    </w:p>
    <w:tbl>
      <w:tblPr>
        <w:tblStyle w:val="TableGrid"/>
        <w:tblW w:type="auto" w:w="0"/>
        <w:jc w:val="center"/>
        <w:tblLook w:firstColumn="1" w:firstRow="1" w:lastColumn="0" w:lastRow="0" w:noHBand="0" w:noVBand="1" w:val="04A0"/>
      </w:tblPr>
      <w:tblGrid>
        <w:gridCol w:w="7769"/>
        <w:gridCol w:w="7769"/>
      </w:tblGrid>
      <w:tr>
        <w:trPr>
          <w:tblHeader w:val="true"/>
          <w:cantSplit/>
        </w:trPr>
        <w:tc>
          <w:tcPr>
            <w:tcW w:type="dxa" w:w="1728"/>
            <w:tcMar>
              <w:top w:w="80" w:type="dxa"/>
              <w:start w:w="80" w:type="dxa"/>
              <w:bottom w:w="80" w:type="dxa"/>
              <w:end w:w="80" w:type="dxa"/>
            </w:tcMar>
            <w:vAlign w:val="top"/>
            <w:shd w:fill="1F4E79"/>
          </w:tcPr>
          <w:p>
            <w:pPr>
              <w:jc w:val="center"/>
            </w:pPr>
            <w:r/>
            <w:r>
              <w:rPr>
                <w:rFonts w:ascii="NanumBarunGothic" w:hAnsi="NanumBarunGothic" w:eastAsia="NanumBarunGothic"/>
                <w:b/>
                <w:color w:val="FFFFFF"/>
                <w:sz w:val="18"/>
              </w:rPr>
              <w:t>점수</w:t>
            </w:r>
          </w:p>
        </w:tc>
        <w:tc>
          <w:tcPr>
            <w:tcW w:type="dxa" w:w="12816"/>
            <w:tcMar>
              <w:top w:w="80" w:type="dxa"/>
              <w:start w:w="80" w:type="dxa"/>
              <w:bottom w:w="80" w:type="dxa"/>
              <w:end w:w="80" w:type="dxa"/>
            </w:tcMar>
            <w:vAlign w:val="top"/>
            <w:shd w:fill="1F4E79"/>
          </w:tcPr>
          <w:p>
            <w:pPr>
              <w:jc w:val="center"/>
            </w:pPr>
            <w:r/>
            <w:r>
              <w:rPr>
                <w:rFonts w:ascii="NanumBarunGothic" w:hAnsi="NanumBarunGothic" w:eastAsia="NanumBarunGothic"/>
                <w:b/>
                <w:color w:val="FFFFFF"/>
                <w:sz w:val="18"/>
              </w:rPr>
              <w:t>의미</w:t>
            </w:r>
          </w:p>
        </w:tc>
      </w:tr>
      <w:tr>
        <w:trPr>
          <w:cantSplit/>
        </w:trPr>
        <w:tc>
          <w:tcPr>
            <w:tcW w:type="dxa" w:w="1728"/>
            <w:tcMar>
              <w:top w:w="80" w:type="dxa"/>
              <w:start w:w="80" w:type="dxa"/>
              <w:bottom w:w="80" w:type="dxa"/>
              <w:end w:w="80" w:type="dxa"/>
            </w:tcMar>
            <w:vAlign w:val="top"/>
          </w:tcPr>
          <w:p>
            <w:pPr>
              <w:jc w:val="center"/>
            </w:pPr>
            <w:r/>
            <w:r>
              <w:rPr>
                <w:rFonts w:ascii="NanumBarunGothic" w:hAnsi="NanumBarunGothic" w:eastAsia="NanumBarunGothic"/>
                <w:b/>
                <w:sz w:val="18"/>
              </w:rPr>
              <w:t>0</w:t>
            </w:r>
          </w:p>
        </w:tc>
        <w:tc>
          <w:tcPr>
            <w:tcW w:type="dxa" w:w="12816"/>
            <w:tcMar>
              <w:top w:w="80" w:type="dxa"/>
              <w:start w:w="80" w:type="dxa"/>
              <w:bottom w:w="80" w:type="dxa"/>
              <w:end w:w="80" w:type="dxa"/>
            </w:tcMar>
            <w:vAlign w:val="top"/>
          </w:tcPr>
          <w:p>
            <w:r/>
            <w:r>
              <w:rPr>
                <w:rFonts w:ascii="NanumBarunGothic" w:hAnsi="NanumBarunGothic" w:eastAsia="NanumBarunGothic"/>
                <w:b w:val="0"/>
                <w:sz w:val="18"/>
              </w:rPr>
              <w:t>답변이 없거나 감으로만 설명한다. 다른 사람이 이해하기 어렵다.</w:t>
            </w:r>
          </w:p>
        </w:tc>
      </w:tr>
      <w:tr>
        <w:trPr>
          <w:cantSplit/>
        </w:trPr>
        <w:tc>
          <w:tcPr>
            <w:tcW w:type="dxa" w:w="1728"/>
            <w:tcMar>
              <w:top w:w="80" w:type="dxa"/>
              <w:start w:w="80" w:type="dxa"/>
              <w:bottom w:w="80" w:type="dxa"/>
              <w:end w:w="80" w:type="dxa"/>
            </w:tcMar>
            <w:vAlign w:val="top"/>
          </w:tcPr>
          <w:p>
            <w:pPr>
              <w:jc w:val="center"/>
            </w:pPr>
            <w:r/>
            <w:r>
              <w:rPr>
                <w:rFonts w:ascii="NanumBarunGothic" w:hAnsi="NanumBarunGothic" w:eastAsia="NanumBarunGothic"/>
                <w:b/>
                <w:sz w:val="18"/>
              </w:rPr>
              <w:t>1</w:t>
            </w:r>
          </w:p>
        </w:tc>
        <w:tc>
          <w:tcPr>
            <w:tcW w:type="dxa" w:w="12816"/>
            <w:tcMar>
              <w:top w:w="80" w:type="dxa"/>
              <w:start w:w="80" w:type="dxa"/>
              <w:bottom w:w="80" w:type="dxa"/>
              <w:end w:w="80" w:type="dxa"/>
            </w:tcMar>
            <w:vAlign w:val="top"/>
          </w:tcPr>
          <w:p>
            <w:r/>
            <w:r>
              <w:rPr>
                <w:rFonts w:ascii="NanumBarunGothic" w:hAnsi="NanumBarunGothic" w:eastAsia="NanumBarunGothic"/>
                <w:b w:val="0"/>
                <w:sz w:val="18"/>
              </w:rPr>
              <w:t>대략 설명은 가능하지만 근거, 비교 대상, 실험 계획이 약하다.</w:t>
            </w:r>
          </w:p>
        </w:tc>
      </w:tr>
      <w:tr>
        <w:trPr>
          <w:cantSplit/>
        </w:trPr>
        <w:tc>
          <w:tcPr>
            <w:tcW w:type="dxa" w:w="1728"/>
            <w:tcMar>
              <w:top w:w="80" w:type="dxa"/>
              <w:start w:w="80" w:type="dxa"/>
              <w:bottom w:w="80" w:type="dxa"/>
              <w:end w:w="80" w:type="dxa"/>
            </w:tcMar>
            <w:vAlign w:val="top"/>
          </w:tcPr>
          <w:p>
            <w:pPr>
              <w:jc w:val="center"/>
            </w:pPr>
            <w:r/>
            <w:r>
              <w:rPr>
                <w:rFonts w:ascii="NanumBarunGothic" w:hAnsi="NanumBarunGothic" w:eastAsia="NanumBarunGothic"/>
                <w:b/>
                <w:sz w:val="18"/>
              </w:rPr>
              <w:t>2</w:t>
            </w:r>
          </w:p>
        </w:tc>
        <w:tc>
          <w:tcPr>
            <w:tcW w:type="dxa" w:w="12816"/>
            <w:tcMar>
              <w:top w:w="80" w:type="dxa"/>
              <w:start w:w="80" w:type="dxa"/>
              <w:bottom w:w="80" w:type="dxa"/>
              <w:end w:w="80" w:type="dxa"/>
            </w:tcMar>
            <w:vAlign w:val="top"/>
          </w:tcPr>
          <w:p>
            <w:r/>
            <w:r>
              <w:rPr>
                <w:rFonts w:ascii="NanumBarunGothic" w:hAnsi="NanumBarunGothic" w:eastAsia="NanumBarunGothic"/>
                <w:b w:val="0"/>
                <w:sz w:val="18"/>
              </w:rPr>
              <w:t>구체적이고 이해 가능하며, 근거, 비교 대상, 또는 검증 가능한 계획이 있다.</w:t>
            </w:r>
          </w:p>
        </w:tc>
      </w:tr>
    </w:tbl>
    <w:p/>
    <w:p>
      <w:pPr>
        <w:spacing w:before="100" w:after="60"/>
      </w:pPr>
      <w:r>
        <w:rPr>
          <w:rFonts w:ascii="NanumBarunGothic" w:hAnsi="NanumBarunGothic" w:eastAsia="NanumBarunGothic"/>
          <w:b/>
          <w:color w:val="404040"/>
          <w:sz w:val="24"/>
        </w:rPr>
        <w:t>추천 사용 방법</w:t>
      </w:r>
    </w:p>
    <w:p>
      <w:pPr>
        <w:spacing w:after="60"/>
      </w:pPr>
      <w:r>
        <w:rPr>
          <w:rFonts w:ascii="NanumBarunGothic" w:hAnsi="NanumBarunGothic" w:eastAsia="NanumBarunGothic"/>
          <w:b w:val="0"/>
          <w:sz w:val="18"/>
        </w:rPr>
        <w:t>1) 아이디어가 막 떠올랐을 때는 Version A로 10분 안에 빠르게 점검한다. 2) 지도교수나 연구실 동료와 논의할 때는 Version B를 사용한다. 3) 논문 초안, 학위논문 챕터, 연구 제안서를 쓰기 전에는 Version C를 사용한다. 4) 작성 후 반드시 다른 사람에게 보여주고, 설명이 모호하거나 근거가 약한 부분을 표시하게 한다.</w:t>
      </w:r>
    </w:p>
    <w:p>
      <w:pPr>
        <w:spacing w:before="100" w:after="60"/>
      </w:pPr>
      <w:r>
        <w:rPr>
          <w:rFonts w:ascii="NanumBarunGothic" w:hAnsi="NanumBarunGothic" w:eastAsia="NanumBarunGothic"/>
          <w:b/>
          <w:color w:val="404040"/>
          <w:sz w:val="24"/>
        </w:rPr>
        <w:t>프로젝트 정보</w:t>
      </w:r>
    </w:p>
    <w:tbl>
      <w:tblPr>
        <w:tblStyle w:val="TableGrid"/>
        <w:tblW w:type="auto" w:w="0"/>
        <w:jc w:val="center"/>
        <w:tblLook w:firstColumn="1" w:firstRow="1" w:lastColumn="0" w:lastRow="0" w:noHBand="0" w:noVBand="1" w:val="04A0"/>
      </w:tblPr>
      <w:tblGrid>
        <w:gridCol w:w="7769"/>
        <w:gridCol w:w="7769"/>
      </w:tblGrid>
      <w:tr>
        <w:tc>
          <w:tcPr>
            <w:tcW w:type="dxa" w:w="3600"/>
            <w:tcMar>
              <w:top w:w="80" w:type="dxa"/>
              <w:start w:w="80" w:type="dxa"/>
              <w:bottom w:w="80" w:type="dxa"/>
              <w:end w:w="80" w:type="dxa"/>
            </w:tcMar>
            <w:vAlign w:val="top"/>
            <w:shd w:fill="1F4E79"/>
          </w:tcPr>
          <w:p>
            <w:pPr>
              <w:jc w:val="center"/>
            </w:pPr>
            <w:r/>
            <w:r>
              <w:rPr>
                <w:rFonts w:ascii="NanumBarunGothic" w:hAnsi="NanumBarunGothic" w:eastAsia="NanumBarunGothic"/>
                <w:b/>
                <w:color w:val="FFFFFF"/>
                <w:sz w:val="17"/>
              </w:rPr>
              <w:t>항목</w:t>
            </w:r>
          </w:p>
        </w:tc>
        <w:tc>
          <w:tcPr>
            <w:tcW w:type="dxa" w:w="10800"/>
            <w:tcMar>
              <w:top w:w="80" w:type="dxa"/>
              <w:start w:w="80" w:type="dxa"/>
              <w:bottom w:w="80" w:type="dxa"/>
              <w:end w:w="80" w:type="dxa"/>
            </w:tcMar>
            <w:vAlign w:val="top"/>
            <w:shd w:fill="1F4E79"/>
          </w:tcPr>
          <w:p>
            <w:pPr>
              <w:jc w:val="center"/>
            </w:pPr>
            <w:r/>
            <w:r>
              <w:rPr>
                <w:rFonts w:ascii="NanumBarunGothic" w:hAnsi="NanumBarunGothic" w:eastAsia="NanumBarunGothic"/>
                <w:b/>
                <w:color w:val="FFFFFF"/>
                <w:sz w:val="17"/>
              </w:rPr>
              <w:t>답변</w:t>
            </w:r>
          </w:p>
        </w:tc>
      </w:tr>
      <w:tr>
        <w:trPr>
          <w:cantSplit/>
        </w:trPr>
        <w:tc>
          <w:tcPr>
            <w:tcW w:type="dxa" w:w="3600"/>
            <w:tcMar>
              <w:top w:w="80" w:type="dxa"/>
              <w:start w:w="80" w:type="dxa"/>
              <w:bottom w:w="80" w:type="dxa"/>
              <w:end w:w="80" w:type="dxa"/>
            </w:tcMar>
            <w:vAlign w:val="top"/>
          </w:tcPr>
          <w:p>
            <w:r/>
            <w:r>
              <w:rPr>
                <w:rFonts w:ascii="NanumBarunGothic" w:hAnsi="NanumBarunGothic" w:eastAsia="NanumBarunGothic"/>
                <w:b/>
                <w:sz w:val="17"/>
              </w:rPr>
              <w:t>학생 이름</w:t>
            </w:r>
          </w:p>
        </w:tc>
        <w:tc>
          <w:tcPr>
            <w:tcW w:type="dxa" w:w="10800"/>
            <w:tcMar>
              <w:top w:w="80" w:type="dxa"/>
              <w:start w:w="80" w:type="dxa"/>
              <w:bottom w:w="80" w:type="dxa"/>
              <w:end w:w="80" w:type="dxa"/>
            </w:tcMar>
            <w:vAlign w:val="top"/>
            <w:shd w:fill="F2F2F2"/>
          </w:tcPr>
          <w:p>
            <w:r/>
            <w:r>
              <w:rPr>
                <w:rFonts w:ascii="NanumBarunGothic" w:hAnsi="NanumBarunGothic" w:eastAsia="NanumBarunGothic"/>
                <w:b w:val="0"/>
                <w:sz w:val="17"/>
              </w:rPr>
              <w:t xml:space="preserve"> </w:t>
            </w:r>
          </w:p>
        </w:tc>
      </w:tr>
      <w:tr>
        <w:trPr>
          <w:cantSplit/>
        </w:trPr>
        <w:tc>
          <w:tcPr>
            <w:tcW w:type="dxa" w:w="3600"/>
            <w:tcMar>
              <w:top w:w="80" w:type="dxa"/>
              <w:start w:w="80" w:type="dxa"/>
              <w:bottom w:w="80" w:type="dxa"/>
              <w:end w:w="80" w:type="dxa"/>
            </w:tcMar>
            <w:vAlign w:val="top"/>
          </w:tcPr>
          <w:p>
            <w:r/>
            <w:r>
              <w:rPr>
                <w:rFonts w:ascii="NanumBarunGothic" w:hAnsi="NanumBarunGothic" w:eastAsia="NanumBarunGothic"/>
                <w:b/>
                <w:sz w:val="17"/>
              </w:rPr>
              <w:t>프로젝트 / 논문 제목</w:t>
            </w:r>
          </w:p>
        </w:tc>
        <w:tc>
          <w:tcPr>
            <w:tcW w:type="dxa" w:w="10800"/>
            <w:tcMar>
              <w:top w:w="80" w:type="dxa"/>
              <w:start w:w="80" w:type="dxa"/>
              <w:bottom w:w="80" w:type="dxa"/>
              <w:end w:w="80" w:type="dxa"/>
            </w:tcMar>
            <w:vAlign w:val="top"/>
            <w:shd w:fill="F2F2F2"/>
          </w:tcPr>
          <w:p>
            <w:r/>
            <w:r>
              <w:rPr>
                <w:rFonts w:ascii="NanumBarunGothic" w:hAnsi="NanumBarunGothic" w:eastAsia="NanumBarunGothic"/>
                <w:b w:val="0"/>
                <w:sz w:val="17"/>
              </w:rPr>
              <w:t xml:space="preserve"> </w:t>
            </w:r>
          </w:p>
        </w:tc>
      </w:tr>
      <w:tr>
        <w:trPr>
          <w:cantSplit/>
        </w:trPr>
        <w:tc>
          <w:tcPr>
            <w:tcW w:type="dxa" w:w="3600"/>
            <w:tcMar>
              <w:top w:w="80" w:type="dxa"/>
              <w:start w:w="80" w:type="dxa"/>
              <w:bottom w:w="80" w:type="dxa"/>
              <w:end w:w="80" w:type="dxa"/>
            </w:tcMar>
            <w:vAlign w:val="top"/>
          </w:tcPr>
          <w:p>
            <w:r/>
            <w:r>
              <w:rPr>
                <w:rFonts w:ascii="NanumBarunGothic" w:hAnsi="NanumBarunGothic" w:eastAsia="NanumBarunGothic"/>
                <w:b/>
                <w:sz w:val="17"/>
              </w:rPr>
              <w:t>목표 학회 또는 과목</w:t>
            </w:r>
          </w:p>
        </w:tc>
        <w:tc>
          <w:tcPr>
            <w:tcW w:type="dxa" w:w="10800"/>
            <w:tcMar>
              <w:top w:w="80" w:type="dxa"/>
              <w:start w:w="80" w:type="dxa"/>
              <w:bottom w:w="80" w:type="dxa"/>
              <w:end w:w="80" w:type="dxa"/>
            </w:tcMar>
            <w:vAlign w:val="top"/>
            <w:shd w:fill="F2F2F2"/>
          </w:tcPr>
          <w:p>
            <w:r/>
            <w:r>
              <w:rPr>
                <w:rFonts w:ascii="NanumBarunGothic" w:hAnsi="NanumBarunGothic" w:eastAsia="NanumBarunGothic"/>
                <w:b w:val="0"/>
                <w:sz w:val="17"/>
              </w:rPr>
              <w:t xml:space="preserve"> </w:t>
            </w:r>
          </w:p>
        </w:tc>
      </w:tr>
      <w:tr>
        <w:trPr>
          <w:cantSplit/>
        </w:trPr>
        <w:tc>
          <w:tcPr>
            <w:tcW w:type="dxa" w:w="3600"/>
            <w:tcMar>
              <w:top w:w="80" w:type="dxa"/>
              <w:start w:w="80" w:type="dxa"/>
              <w:bottom w:w="80" w:type="dxa"/>
              <w:end w:w="80" w:type="dxa"/>
            </w:tcMar>
            <w:vAlign w:val="top"/>
          </w:tcPr>
          <w:p>
            <w:r/>
            <w:r>
              <w:rPr>
                <w:rFonts w:ascii="NanumBarunGothic" w:hAnsi="NanumBarunGothic" w:eastAsia="NanumBarunGothic"/>
                <w:b/>
                <w:sz w:val="17"/>
              </w:rPr>
              <w:t>작성일</w:t>
            </w:r>
          </w:p>
        </w:tc>
        <w:tc>
          <w:tcPr>
            <w:tcW w:type="dxa" w:w="10800"/>
            <w:tcMar>
              <w:top w:w="80" w:type="dxa"/>
              <w:start w:w="80" w:type="dxa"/>
              <w:bottom w:w="80" w:type="dxa"/>
              <w:end w:w="80" w:type="dxa"/>
            </w:tcMar>
            <w:vAlign w:val="top"/>
            <w:shd w:fill="F2F2F2"/>
          </w:tcPr>
          <w:p>
            <w:r/>
            <w:r>
              <w:rPr>
                <w:rFonts w:ascii="NanumBarunGothic" w:hAnsi="NanumBarunGothic" w:eastAsia="NanumBarunGothic"/>
                <w:b w:val="0"/>
                <w:sz w:val="17"/>
              </w:rPr>
              <w:t xml:space="preserve"> </w:t>
            </w:r>
          </w:p>
        </w:tc>
      </w:tr>
      <w:tr>
        <w:trPr>
          <w:cantSplit/>
        </w:trPr>
        <w:tc>
          <w:tcPr>
            <w:tcW w:type="dxa" w:w="3600"/>
            <w:tcMar>
              <w:top w:w="80" w:type="dxa"/>
              <w:start w:w="80" w:type="dxa"/>
              <w:bottom w:w="80" w:type="dxa"/>
              <w:end w:w="80" w:type="dxa"/>
            </w:tcMar>
            <w:vAlign w:val="top"/>
          </w:tcPr>
          <w:p>
            <w:r/>
            <w:r>
              <w:rPr>
                <w:rFonts w:ascii="NanumBarunGothic" w:hAnsi="NanumBarunGothic" w:eastAsia="NanumBarunGothic"/>
                <w:b/>
                <w:sz w:val="17"/>
              </w:rPr>
              <w:t>리뷰어 / 논의 상대</w:t>
            </w:r>
          </w:p>
        </w:tc>
        <w:tc>
          <w:tcPr>
            <w:tcW w:type="dxa" w:w="10800"/>
            <w:tcMar>
              <w:top w:w="80" w:type="dxa"/>
              <w:start w:w="80" w:type="dxa"/>
              <w:bottom w:w="80" w:type="dxa"/>
              <w:end w:w="80" w:type="dxa"/>
            </w:tcMar>
            <w:vAlign w:val="top"/>
            <w:shd w:fill="F2F2F2"/>
          </w:tcPr>
          <w:p>
            <w:r/>
            <w:r>
              <w:rPr>
                <w:rFonts w:ascii="NanumBarunGothic" w:hAnsi="NanumBarunGothic" w:eastAsia="NanumBarunGothic"/>
                <w:b w:val="0"/>
                <w:sz w:val="17"/>
              </w:rPr>
              <w:t xml:space="preserve"> </w:t>
            </w:r>
          </w:p>
        </w:tc>
      </w:tr>
    </w:tbl>
    <w:p/>
    <w:p>
      <w:r>
        <w:br w:type="page"/>
      </w:r>
    </w:p>
    <w:p>
      <w:pPr>
        <w:spacing w:before="160" w:after="100"/>
      </w:pPr>
      <w:r>
        <w:rPr>
          <w:rFonts w:ascii="NanumBarunGothic" w:hAnsi="NanumBarunGothic" w:eastAsia="NanumBarunGothic"/>
          <w:b/>
          <w:color w:val="1F4E79"/>
          <w:sz w:val="32"/>
        </w:rPr>
        <w:t>Version A. 10분 연구 현실성 점검</w:t>
      </w:r>
    </w:p>
    <w:p>
      <w:pPr>
        <w:spacing w:after="60"/>
      </w:pPr>
      <w:r>
        <w:rPr>
          <w:rFonts w:ascii="NanumBarunGothic" w:hAnsi="NanumBarunGothic" w:eastAsia="NanumBarunGothic"/>
          <w:b w:val="0"/>
          <w:color w:val="404040"/>
          <w:sz w:val="18"/>
        </w:rPr>
        <w:t>아이디어가 아직 거친 상태일 때 사용한다. 총점: 14점.</w:t>
      </w:r>
    </w:p>
    <w:tbl>
      <w:tblPr>
        <w:tblStyle w:val="TableGrid"/>
        <w:tblW w:type="auto" w:w="0"/>
        <w:jc w:val="center"/>
        <w:tblLayout w:type="fixed"/>
        <w:tblLook w:firstColumn="1" w:firstRow="1" w:lastColumn="0" w:lastRow="0" w:noHBand="0" w:noVBand="1" w:val="04A0"/>
      </w:tblPr>
      <w:tblGrid>
        <w:gridCol w:w="3884"/>
        <w:gridCol w:w="3884"/>
        <w:gridCol w:w="3884"/>
        <w:gridCol w:w="3884"/>
      </w:tblGrid>
      <w:tr>
        <w:trPr>
          <w:tblHeader w:val="true"/>
          <w:cantSplit/>
        </w:trPr>
        <w:tc>
          <w:tcPr>
            <w:tcW w:type="dxa" w:w="691"/>
            <w:tcMar>
              <w:top w:w="80" w:type="dxa"/>
              <w:start w:w="80" w:type="dxa"/>
              <w:bottom w:w="80" w:type="dxa"/>
              <w:end w:w="80" w:type="dxa"/>
            </w:tcMar>
            <w:vAlign w:val="top"/>
            <w:shd w:fill="1F4E79"/>
          </w:tcPr>
          <w:p>
            <w:pPr>
              <w:jc w:val="center"/>
            </w:pPr>
            <w:r/>
            <w:r>
              <w:rPr>
                <w:rFonts w:ascii="NanumBarunGothic" w:hAnsi="NanumBarunGothic" w:eastAsia="NanumBarunGothic"/>
                <w:b/>
                <w:color w:val="FFFFFF"/>
                <w:sz w:val="17"/>
              </w:rPr>
              <w:t>#</w:t>
            </w:r>
          </w:p>
        </w:tc>
        <w:tc>
          <w:tcPr>
            <w:tcW w:type="dxa" w:w="4680"/>
            <w:tcMar>
              <w:top w:w="80" w:type="dxa"/>
              <w:start w:w="80" w:type="dxa"/>
              <w:bottom w:w="80" w:type="dxa"/>
              <w:end w:w="80" w:type="dxa"/>
            </w:tcMar>
            <w:vAlign w:val="top"/>
            <w:shd w:fill="1F4E79"/>
          </w:tcPr>
          <w:p>
            <w:pPr>
              <w:jc w:val="center"/>
            </w:pPr>
            <w:r/>
            <w:r>
              <w:rPr>
                <w:rFonts w:ascii="NanumBarunGothic" w:hAnsi="NanumBarunGothic" w:eastAsia="NanumBarunGothic"/>
                <w:b/>
                <w:color w:val="FFFFFF"/>
                <w:sz w:val="17"/>
              </w:rPr>
              <w:t>체크 항목 / 질문</w:t>
            </w:r>
          </w:p>
        </w:tc>
        <w:tc>
          <w:tcPr>
            <w:tcW w:type="dxa" w:w="8136"/>
            <w:tcMar>
              <w:top w:w="80" w:type="dxa"/>
              <w:start w:w="80" w:type="dxa"/>
              <w:bottom w:w="80" w:type="dxa"/>
              <w:end w:w="80" w:type="dxa"/>
            </w:tcMar>
            <w:vAlign w:val="top"/>
            <w:shd w:fill="1F4E79"/>
          </w:tcPr>
          <w:p>
            <w:pPr>
              <w:jc w:val="center"/>
            </w:pPr>
            <w:r/>
            <w:r>
              <w:rPr>
                <w:rFonts w:ascii="NanumBarunGothic" w:hAnsi="NanumBarunGothic" w:eastAsia="NanumBarunGothic"/>
                <w:b/>
                <w:color w:val="FFFFFF"/>
                <w:sz w:val="17"/>
              </w:rPr>
              <w:t>학생 답변 / 메모</w:t>
            </w:r>
          </w:p>
        </w:tc>
        <w:tc>
          <w:tcPr>
            <w:tcW w:type="dxa" w:w="1800"/>
            <w:tcMar>
              <w:top w:w="80" w:type="dxa"/>
              <w:start w:w="80" w:type="dxa"/>
              <w:bottom w:w="80" w:type="dxa"/>
              <w:end w:w="80" w:type="dxa"/>
            </w:tcMar>
            <w:vAlign w:val="top"/>
            <w:shd w:fill="1F4E79"/>
          </w:tcPr>
          <w:p>
            <w:pPr>
              <w:jc w:val="center"/>
            </w:pPr>
            <w:r/>
            <w:r>
              <w:rPr>
                <w:rFonts w:ascii="NanumBarunGothic" w:hAnsi="NanumBarunGothic" w:eastAsia="NanumBarunGothic"/>
                <w:b/>
                <w:color w:val="FFFFFF"/>
                <w:sz w:val="17"/>
              </w:rPr>
              <w:t>점수</w:t>
            </w:r>
          </w:p>
        </w:tc>
      </w:tr>
      <w:tr>
        <w:trPr>
          <w:cantSplit/>
        </w:trPr>
        <w:tc>
          <w:tcPr>
            <w:tcW w:type="dxa" w:w="691"/>
            <w:tcMar>
              <w:top w:w="80" w:type="dxa"/>
              <w:start w:w="80" w:type="dxa"/>
              <w:bottom w:w="80" w:type="dxa"/>
              <w:end w:w="80" w:type="dxa"/>
            </w:tcMar>
            <w:vAlign w:val="top"/>
          </w:tcPr>
          <w:p>
            <w:pPr>
              <w:jc w:val="center"/>
            </w:pPr>
            <w:r/>
            <w:r>
              <w:rPr>
                <w:rFonts w:ascii="NanumBarunGothic" w:hAnsi="NanumBarunGothic" w:eastAsia="NanumBarunGothic"/>
                <w:b/>
                <w:sz w:val="16"/>
              </w:rPr>
              <w:t>1</w:t>
            </w:r>
          </w:p>
        </w:tc>
        <w:tc>
          <w:tcPr>
            <w:tcW w:type="dxa" w:w="4680"/>
            <w:tcMar>
              <w:top w:w="80" w:type="dxa"/>
              <w:start w:w="80" w:type="dxa"/>
              <w:bottom w:w="80" w:type="dxa"/>
              <w:end w:w="80" w:type="dxa"/>
            </w:tcMar>
            <w:vAlign w:val="top"/>
          </w:tcPr>
          <w:p>
            <w:r>
              <w:rPr>
                <w:b/>
                <w:color w:val="1F4E79"/>
              </w:rPr>
            </w:r>
            <w:r>
              <w:rPr>
                <w:rFonts w:ascii="NanumBarunGothic" w:hAnsi="NanumBarunGothic" w:eastAsia="NanumBarunGothic"/>
                <w:b w:val="0"/>
                <w:sz w:val="16"/>
              </w:rPr>
              <w:t>한 문장 아이디어</w:t>
            </w:r>
            <w:r>
              <w:br/>
            </w:r>
            <w:r>
              <w:rPr>
                <w:rFonts w:ascii="NanumBarunGothic" w:hAnsi="NanumBarunGothic" w:eastAsia="NanumBarunGothic"/>
                <w:b w:val="0"/>
                <w:sz w:val="16"/>
              </w:rPr>
              <w:t>내 연구 아이디어를 한 문장으로 설명할 수 있는가?</w:t>
            </w:r>
          </w:p>
        </w:tc>
        <w:tc>
          <w:tcPr>
            <w:tcW w:type="dxa" w:w="8136"/>
            <w:tcMar>
              <w:top w:w="80" w:type="dxa"/>
              <w:start w:w="80" w:type="dxa"/>
              <w:bottom w:w="80" w:type="dxa"/>
              <w:end w:w="80" w:type="dxa"/>
            </w:tcMar>
            <w:vAlign w:val="top"/>
            <w:shd w:fill="F2F2F2"/>
          </w:tcPr>
          <w:p>
            <w:r/>
            <w:r>
              <w:rPr>
                <w:rFonts w:ascii="NanumBarunGothic" w:hAnsi="NanumBarunGothic" w:eastAsia="NanumBarunGothic"/>
                <w:b w:val="0"/>
                <w:color w:val="666666"/>
                <w:sz w:val="16"/>
              </w:rPr>
              <w:t>문제, 접근 방법, 기대 가치를 포함해서 한 문장으로 작성한다.</w:t>
            </w:r>
          </w:p>
        </w:tc>
        <w:tc>
          <w:tcPr>
            <w:tcW w:type="dxa" w:w="1800"/>
            <w:tcMar>
              <w:top w:w="80" w:type="dxa"/>
              <w:start w:w="80" w:type="dxa"/>
              <w:bottom w:w="80" w:type="dxa"/>
              <w:end w:w="80" w:type="dxa"/>
            </w:tcMar>
            <w:vAlign w:val="top"/>
          </w:tcPr>
          <w:p>
            <w:pPr>
              <w:jc w:val="center"/>
            </w:pPr>
            <w:r/>
            <w:r>
              <w:rPr>
                <w:rFonts w:ascii="NanumBarunGothic" w:hAnsi="NanumBarunGothic" w:eastAsia="NanumBarunGothic"/>
                <w:b w:val="0"/>
                <w:sz w:val="17"/>
              </w:rPr>
              <w:t>0 / 1 / 2</w:t>
            </w:r>
          </w:p>
        </w:tc>
      </w:tr>
      <w:tr>
        <w:trPr>
          <w:cantSplit/>
        </w:trPr>
        <w:tc>
          <w:tcPr>
            <w:tcW w:type="dxa" w:w="691"/>
            <w:tcMar>
              <w:top w:w="80" w:type="dxa"/>
              <w:start w:w="80" w:type="dxa"/>
              <w:bottom w:w="80" w:type="dxa"/>
              <w:end w:w="80" w:type="dxa"/>
            </w:tcMar>
            <w:vAlign w:val="top"/>
          </w:tcPr>
          <w:p>
            <w:pPr>
              <w:jc w:val="center"/>
            </w:pPr>
            <w:r/>
            <w:r>
              <w:rPr>
                <w:rFonts w:ascii="NanumBarunGothic" w:hAnsi="NanumBarunGothic" w:eastAsia="NanumBarunGothic"/>
                <w:b/>
                <w:sz w:val="16"/>
              </w:rPr>
              <w:t>2</w:t>
            </w:r>
          </w:p>
        </w:tc>
        <w:tc>
          <w:tcPr>
            <w:tcW w:type="dxa" w:w="4680"/>
            <w:tcMar>
              <w:top w:w="80" w:type="dxa"/>
              <w:start w:w="80" w:type="dxa"/>
              <w:bottom w:w="80" w:type="dxa"/>
              <w:end w:w="80" w:type="dxa"/>
            </w:tcMar>
            <w:vAlign w:val="top"/>
          </w:tcPr>
          <w:p>
            <w:r>
              <w:rPr>
                <w:b/>
                <w:color w:val="1F4E79"/>
              </w:rPr>
            </w:r>
            <w:r>
              <w:rPr>
                <w:rFonts w:ascii="NanumBarunGothic" w:hAnsi="NanumBarunGothic" w:eastAsia="NanumBarunGothic"/>
                <w:b w:val="0"/>
                <w:sz w:val="16"/>
              </w:rPr>
              <w:t>문제 정의</w:t>
            </w:r>
            <w:r>
              <w:br/>
            </w:r>
            <w:r>
              <w:rPr>
                <w:rFonts w:ascii="NanumBarunGothic" w:hAnsi="NanumBarunGothic" w:eastAsia="NanumBarunGothic"/>
                <w:b w:val="0"/>
                <w:sz w:val="16"/>
              </w:rPr>
              <w:t>이 연구가 해결하려는 문제는 무엇인가?</w:t>
            </w:r>
          </w:p>
        </w:tc>
        <w:tc>
          <w:tcPr>
            <w:tcW w:type="dxa" w:w="8136"/>
            <w:tcMar>
              <w:top w:w="80" w:type="dxa"/>
              <w:start w:w="80" w:type="dxa"/>
              <w:bottom w:w="80" w:type="dxa"/>
              <w:end w:w="80" w:type="dxa"/>
            </w:tcMar>
            <w:vAlign w:val="top"/>
            <w:shd w:fill="F2F2F2"/>
          </w:tcPr>
          <w:p>
            <w:r/>
            <w:r>
              <w:rPr>
                <w:rFonts w:ascii="NanumBarunGothic" w:hAnsi="NanumBarunGothic" w:eastAsia="NanumBarunGothic"/>
                <w:b w:val="0"/>
                <w:color w:val="666666"/>
                <w:sz w:val="16"/>
              </w:rPr>
              <w:t>너무 일반적인 표현을 피하고, 구체적인 실패, 불편, 한계를 적는다.</w:t>
            </w:r>
          </w:p>
        </w:tc>
        <w:tc>
          <w:tcPr>
            <w:tcW w:type="dxa" w:w="1800"/>
            <w:tcMar>
              <w:top w:w="80" w:type="dxa"/>
              <w:start w:w="80" w:type="dxa"/>
              <w:bottom w:w="80" w:type="dxa"/>
              <w:end w:w="80" w:type="dxa"/>
            </w:tcMar>
            <w:vAlign w:val="top"/>
          </w:tcPr>
          <w:p>
            <w:pPr>
              <w:jc w:val="center"/>
            </w:pPr>
            <w:r/>
            <w:r>
              <w:rPr>
                <w:rFonts w:ascii="NanumBarunGothic" w:hAnsi="NanumBarunGothic" w:eastAsia="NanumBarunGothic"/>
                <w:b w:val="0"/>
                <w:sz w:val="17"/>
              </w:rPr>
              <w:t>0 / 1 / 2</w:t>
            </w:r>
          </w:p>
        </w:tc>
      </w:tr>
      <w:tr>
        <w:trPr>
          <w:cantSplit/>
        </w:trPr>
        <w:tc>
          <w:tcPr>
            <w:tcW w:type="dxa" w:w="691"/>
            <w:tcMar>
              <w:top w:w="80" w:type="dxa"/>
              <w:start w:w="80" w:type="dxa"/>
              <w:bottom w:w="80" w:type="dxa"/>
              <w:end w:w="80" w:type="dxa"/>
            </w:tcMar>
            <w:vAlign w:val="top"/>
          </w:tcPr>
          <w:p>
            <w:pPr>
              <w:jc w:val="center"/>
            </w:pPr>
            <w:r/>
            <w:r>
              <w:rPr>
                <w:rFonts w:ascii="NanumBarunGothic" w:hAnsi="NanumBarunGothic" w:eastAsia="NanumBarunGothic"/>
                <w:b/>
                <w:sz w:val="16"/>
              </w:rPr>
              <w:t>3</w:t>
            </w:r>
          </w:p>
        </w:tc>
        <w:tc>
          <w:tcPr>
            <w:tcW w:type="dxa" w:w="4680"/>
            <w:tcMar>
              <w:top w:w="80" w:type="dxa"/>
              <w:start w:w="80" w:type="dxa"/>
              <w:bottom w:w="80" w:type="dxa"/>
              <w:end w:w="80" w:type="dxa"/>
            </w:tcMar>
            <w:vAlign w:val="top"/>
          </w:tcPr>
          <w:p>
            <w:r>
              <w:rPr>
                <w:b/>
                <w:color w:val="1F4E79"/>
              </w:rPr>
            </w:r>
            <w:r>
              <w:rPr>
                <w:rFonts w:ascii="NanumBarunGothic" w:hAnsi="NanumBarunGothic" w:eastAsia="NanumBarunGothic"/>
                <w:b w:val="0"/>
                <w:sz w:val="16"/>
              </w:rPr>
              <w:t>중요성 / 대상</w:t>
            </w:r>
            <w:r>
              <w:br/>
            </w:r>
            <w:r>
              <w:rPr>
                <w:rFonts w:ascii="NanumBarunGothic" w:hAnsi="NanumBarunGothic" w:eastAsia="NanumBarunGothic"/>
                <w:b w:val="0"/>
                <w:sz w:val="16"/>
              </w:rPr>
              <w:t>이 문제가 해결되면 누가 이득을 보는가?</w:t>
            </w:r>
          </w:p>
        </w:tc>
        <w:tc>
          <w:tcPr>
            <w:tcW w:type="dxa" w:w="8136"/>
            <w:tcMar>
              <w:top w:w="80" w:type="dxa"/>
              <w:start w:w="80" w:type="dxa"/>
              <w:bottom w:w="80" w:type="dxa"/>
              <w:end w:w="80" w:type="dxa"/>
            </w:tcMar>
            <w:vAlign w:val="top"/>
            <w:shd w:fill="F2F2F2"/>
          </w:tcPr>
          <w:p>
            <w:r/>
            <w:r>
              <w:rPr>
                <w:rFonts w:ascii="NanumBarunGothic" w:hAnsi="NanumBarunGothic" w:eastAsia="NanumBarunGothic"/>
                <w:b w:val="0"/>
                <w:color w:val="666666"/>
                <w:sz w:val="16"/>
              </w:rPr>
              <w:t>사용자, 시스템, 연구자, 실무자, 커뮤니티 등을 적는다.</w:t>
            </w:r>
          </w:p>
        </w:tc>
        <w:tc>
          <w:tcPr>
            <w:tcW w:type="dxa" w:w="1800"/>
            <w:tcMar>
              <w:top w:w="80" w:type="dxa"/>
              <w:start w:w="80" w:type="dxa"/>
              <w:bottom w:w="80" w:type="dxa"/>
              <w:end w:w="80" w:type="dxa"/>
            </w:tcMar>
            <w:vAlign w:val="top"/>
          </w:tcPr>
          <w:p>
            <w:pPr>
              <w:jc w:val="center"/>
            </w:pPr>
            <w:r/>
            <w:r>
              <w:rPr>
                <w:rFonts w:ascii="NanumBarunGothic" w:hAnsi="NanumBarunGothic" w:eastAsia="NanumBarunGothic"/>
                <w:b w:val="0"/>
                <w:sz w:val="17"/>
              </w:rPr>
              <w:t>0 / 1 / 2</w:t>
            </w:r>
          </w:p>
        </w:tc>
      </w:tr>
      <w:tr>
        <w:trPr>
          <w:cantSplit/>
        </w:trPr>
        <w:tc>
          <w:tcPr>
            <w:tcW w:type="dxa" w:w="691"/>
            <w:tcMar>
              <w:top w:w="80" w:type="dxa"/>
              <w:start w:w="80" w:type="dxa"/>
              <w:bottom w:w="80" w:type="dxa"/>
              <w:end w:w="80" w:type="dxa"/>
            </w:tcMar>
            <w:vAlign w:val="top"/>
          </w:tcPr>
          <w:p>
            <w:pPr>
              <w:jc w:val="center"/>
            </w:pPr>
            <w:r/>
            <w:r>
              <w:rPr>
                <w:rFonts w:ascii="NanumBarunGothic" w:hAnsi="NanumBarunGothic" w:eastAsia="NanumBarunGothic"/>
                <w:b/>
                <w:sz w:val="16"/>
              </w:rPr>
              <w:t>4</w:t>
            </w:r>
          </w:p>
        </w:tc>
        <w:tc>
          <w:tcPr>
            <w:tcW w:type="dxa" w:w="4680"/>
            <w:tcMar>
              <w:top w:w="80" w:type="dxa"/>
              <w:start w:w="80" w:type="dxa"/>
              <w:bottom w:w="80" w:type="dxa"/>
              <w:end w:w="80" w:type="dxa"/>
            </w:tcMar>
            <w:vAlign w:val="top"/>
          </w:tcPr>
          <w:p>
            <w:r>
              <w:rPr>
                <w:b/>
                <w:color w:val="1F4E79"/>
              </w:rPr>
            </w:r>
            <w:r>
              <w:rPr>
                <w:rFonts w:ascii="NanumBarunGothic" w:hAnsi="NanumBarunGothic" w:eastAsia="NanumBarunGothic"/>
                <w:b w:val="0"/>
                <w:sz w:val="16"/>
              </w:rPr>
              <w:t>Novelty</w:t>
            </w:r>
            <w:r>
              <w:br/>
            </w:r>
            <w:r>
              <w:rPr>
                <w:rFonts w:ascii="NanumBarunGothic" w:hAnsi="NanumBarunGothic" w:eastAsia="NanumBarunGothic"/>
                <w:b w:val="0"/>
                <w:sz w:val="16"/>
              </w:rPr>
              <w:t>기존 연구와 비교했을 때 무엇이 새로운가?</w:t>
            </w:r>
          </w:p>
        </w:tc>
        <w:tc>
          <w:tcPr>
            <w:tcW w:type="dxa" w:w="8136"/>
            <w:tcMar>
              <w:top w:w="80" w:type="dxa"/>
              <w:start w:w="80" w:type="dxa"/>
              <w:bottom w:w="80" w:type="dxa"/>
              <w:end w:w="80" w:type="dxa"/>
            </w:tcMar>
            <w:vAlign w:val="top"/>
            <w:shd w:fill="F2F2F2"/>
          </w:tcPr>
          <w:p>
            <w:r/>
            <w:r>
              <w:rPr>
                <w:rFonts w:ascii="NanumBarunGothic" w:hAnsi="NanumBarunGothic" w:eastAsia="NanumBarunGothic"/>
                <w:b w:val="0"/>
                <w:color w:val="666666"/>
                <w:sz w:val="16"/>
              </w:rPr>
              <w:t>가장 가까운 기존 방법 또는 시스템과의 차이를 적는다.</w:t>
            </w:r>
          </w:p>
        </w:tc>
        <w:tc>
          <w:tcPr>
            <w:tcW w:type="dxa" w:w="1800"/>
            <w:tcMar>
              <w:top w:w="80" w:type="dxa"/>
              <w:start w:w="80" w:type="dxa"/>
              <w:bottom w:w="80" w:type="dxa"/>
              <w:end w:w="80" w:type="dxa"/>
            </w:tcMar>
            <w:vAlign w:val="top"/>
          </w:tcPr>
          <w:p>
            <w:pPr>
              <w:jc w:val="center"/>
            </w:pPr>
            <w:r/>
            <w:r>
              <w:rPr>
                <w:rFonts w:ascii="NanumBarunGothic" w:hAnsi="NanumBarunGothic" w:eastAsia="NanumBarunGothic"/>
                <w:b w:val="0"/>
                <w:sz w:val="17"/>
              </w:rPr>
              <w:t>0 / 1 / 2</w:t>
            </w:r>
          </w:p>
        </w:tc>
      </w:tr>
      <w:tr>
        <w:trPr>
          <w:cantSplit/>
        </w:trPr>
        <w:tc>
          <w:tcPr>
            <w:tcW w:type="dxa" w:w="691"/>
            <w:tcMar>
              <w:top w:w="80" w:type="dxa"/>
              <w:start w:w="80" w:type="dxa"/>
              <w:bottom w:w="80" w:type="dxa"/>
              <w:end w:w="80" w:type="dxa"/>
            </w:tcMar>
            <w:vAlign w:val="top"/>
          </w:tcPr>
          <w:p>
            <w:pPr>
              <w:jc w:val="center"/>
            </w:pPr>
            <w:r/>
            <w:r>
              <w:rPr>
                <w:rFonts w:ascii="NanumBarunGothic" w:hAnsi="NanumBarunGothic" w:eastAsia="NanumBarunGothic"/>
                <w:b/>
                <w:sz w:val="16"/>
              </w:rPr>
              <w:t>5</w:t>
            </w:r>
          </w:p>
        </w:tc>
        <w:tc>
          <w:tcPr>
            <w:tcW w:type="dxa" w:w="4680"/>
            <w:tcMar>
              <w:top w:w="80" w:type="dxa"/>
              <w:start w:w="80" w:type="dxa"/>
              <w:bottom w:w="80" w:type="dxa"/>
              <w:end w:w="80" w:type="dxa"/>
            </w:tcMar>
            <w:vAlign w:val="top"/>
          </w:tcPr>
          <w:p>
            <w:r>
              <w:rPr>
                <w:b/>
                <w:color w:val="1F4E79"/>
              </w:rPr>
            </w:r>
            <w:r>
              <w:rPr>
                <w:rFonts w:ascii="NanumBarunGothic" w:hAnsi="NanumBarunGothic" w:eastAsia="NanumBarunGothic"/>
                <w:b w:val="0"/>
                <w:sz w:val="16"/>
              </w:rPr>
              <w:t>실행 가능성</w:t>
            </w:r>
            <w:r>
              <w:br/>
            </w:r>
            <w:r>
              <w:rPr>
                <w:rFonts w:ascii="NanumBarunGothic" w:hAnsi="NanumBarunGothic" w:eastAsia="NanumBarunGothic"/>
                <w:b w:val="0"/>
                <w:sz w:val="16"/>
              </w:rPr>
              <w:t>내가 실제로 구현하거나 실험할 수 있는가?</w:t>
            </w:r>
          </w:p>
        </w:tc>
        <w:tc>
          <w:tcPr>
            <w:tcW w:type="dxa" w:w="8136"/>
            <w:tcMar>
              <w:top w:w="80" w:type="dxa"/>
              <w:start w:w="80" w:type="dxa"/>
              <w:bottom w:w="80" w:type="dxa"/>
              <w:end w:w="80" w:type="dxa"/>
            </w:tcMar>
            <w:vAlign w:val="top"/>
            <w:shd w:fill="F2F2F2"/>
          </w:tcPr>
          <w:p>
            <w:r/>
            <w:r>
              <w:rPr>
                <w:rFonts w:ascii="NanumBarunGothic" w:hAnsi="NanumBarunGothic" w:eastAsia="NanumBarunGothic"/>
                <w:b w:val="0"/>
                <w:color w:val="666666"/>
                <w:sz w:val="16"/>
              </w:rPr>
              <w:t>필요한 데이터, 모델, 장비, 참여자, 시간, 기술을 적는다.</w:t>
            </w:r>
          </w:p>
        </w:tc>
        <w:tc>
          <w:tcPr>
            <w:tcW w:type="dxa" w:w="1800"/>
            <w:tcMar>
              <w:top w:w="80" w:type="dxa"/>
              <w:start w:w="80" w:type="dxa"/>
              <w:bottom w:w="80" w:type="dxa"/>
              <w:end w:w="80" w:type="dxa"/>
            </w:tcMar>
            <w:vAlign w:val="top"/>
          </w:tcPr>
          <w:p>
            <w:pPr>
              <w:jc w:val="center"/>
            </w:pPr>
            <w:r/>
            <w:r>
              <w:rPr>
                <w:rFonts w:ascii="NanumBarunGothic" w:hAnsi="NanumBarunGothic" w:eastAsia="NanumBarunGothic"/>
                <w:b w:val="0"/>
                <w:sz w:val="17"/>
              </w:rPr>
              <w:t>0 / 1 / 2</w:t>
            </w:r>
          </w:p>
        </w:tc>
      </w:tr>
      <w:tr>
        <w:trPr>
          <w:cantSplit/>
        </w:trPr>
        <w:tc>
          <w:tcPr>
            <w:tcW w:type="dxa" w:w="691"/>
            <w:tcMar>
              <w:top w:w="80" w:type="dxa"/>
              <w:start w:w="80" w:type="dxa"/>
              <w:bottom w:w="80" w:type="dxa"/>
              <w:end w:w="80" w:type="dxa"/>
            </w:tcMar>
            <w:vAlign w:val="top"/>
          </w:tcPr>
          <w:p>
            <w:pPr>
              <w:jc w:val="center"/>
            </w:pPr>
            <w:r/>
            <w:r>
              <w:rPr>
                <w:rFonts w:ascii="NanumBarunGothic" w:hAnsi="NanumBarunGothic" w:eastAsia="NanumBarunGothic"/>
                <w:b/>
                <w:sz w:val="16"/>
              </w:rPr>
              <w:t>6</w:t>
            </w:r>
          </w:p>
        </w:tc>
        <w:tc>
          <w:tcPr>
            <w:tcW w:type="dxa" w:w="4680"/>
            <w:tcMar>
              <w:top w:w="80" w:type="dxa"/>
              <w:start w:w="80" w:type="dxa"/>
              <w:bottom w:w="80" w:type="dxa"/>
              <w:end w:w="80" w:type="dxa"/>
            </w:tcMar>
            <w:vAlign w:val="top"/>
          </w:tcPr>
          <w:p>
            <w:r>
              <w:rPr>
                <w:b/>
                <w:color w:val="1F4E79"/>
              </w:rPr>
            </w:r>
            <w:r>
              <w:rPr>
                <w:rFonts w:ascii="NanumBarunGothic" w:hAnsi="NanumBarunGothic" w:eastAsia="NanumBarunGothic"/>
                <w:b w:val="0"/>
                <w:sz w:val="16"/>
              </w:rPr>
              <w:t>평가 계획</w:t>
            </w:r>
            <w:r>
              <w:br/>
            </w:r>
            <w:r>
              <w:rPr>
                <w:rFonts w:ascii="NanumBarunGothic" w:hAnsi="NanumBarunGothic" w:eastAsia="NanumBarunGothic"/>
                <w:b w:val="0"/>
                <w:sz w:val="16"/>
              </w:rPr>
              <w:t>내 방법이 좋다는 것을 무엇으로 보일 것인가?</w:t>
            </w:r>
          </w:p>
        </w:tc>
        <w:tc>
          <w:tcPr>
            <w:tcW w:type="dxa" w:w="8136"/>
            <w:tcMar>
              <w:top w:w="80" w:type="dxa"/>
              <w:start w:w="80" w:type="dxa"/>
              <w:bottom w:w="80" w:type="dxa"/>
              <w:end w:w="80" w:type="dxa"/>
            </w:tcMar>
            <w:vAlign w:val="top"/>
            <w:shd w:fill="F2F2F2"/>
          </w:tcPr>
          <w:p>
            <w:r/>
            <w:r>
              <w:rPr>
                <w:rFonts w:ascii="NanumBarunGothic" w:hAnsi="NanumBarunGothic" w:eastAsia="NanumBarunGothic"/>
                <w:b w:val="0"/>
                <w:color w:val="666666"/>
                <w:sz w:val="16"/>
              </w:rPr>
              <w:t>metric, baseline, 핵심 실험 조건을 적는다.</w:t>
            </w:r>
          </w:p>
        </w:tc>
        <w:tc>
          <w:tcPr>
            <w:tcW w:type="dxa" w:w="1800"/>
            <w:tcMar>
              <w:top w:w="80" w:type="dxa"/>
              <w:start w:w="80" w:type="dxa"/>
              <w:bottom w:w="80" w:type="dxa"/>
              <w:end w:w="80" w:type="dxa"/>
            </w:tcMar>
            <w:vAlign w:val="top"/>
          </w:tcPr>
          <w:p>
            <w:pPr>
              <w:jc w:val="center"/>
            </w:pPr>
            <w:r/>
            <w:r>
              <w:rPr>
                <w:rFonts w:ascii="NanumBarunGothic" w:hAnsi="NanumBarunGothic" w:eastAsia="NanumBarunGothic"/>
                <w:b w:val="0"/>
                <w:sz w:val="17"/>
              </w:rPr>
              <w:t>0 / 1 / 2</w:t>
            </w:r>
          </w:p>
        </w:tc>
      </w:tr>
      <w:tr>
        <w:trPr>
          <w:cantSplit/>
        </w:trPr>
        <w:tc>
          <w:tcPr>
            <w:tcW w:type="dxa" w:w="691"/>
            <w:tcMar>
              <w:top w:w="80" w:type="dxa"/>
              <w:start w:w="80" w:type="dxa"/>
              <w:bottom w:w="80" w:type="dxa"/>
              <w:end w:w="80" w:type="dxa"/>
            </w:tcMar>
            <w:vAlign w:val="top"/>
          </w:tcPr>
          <w:p>
            <w:pPr>
              <w:jc w:val="center"/>
            </w:pPr>
            <w:r/>
            <w:r>
              <w:rPr>
                <w:rFonts w:ascii="NanumBarunGothic" w:hAnsi="NanumBarunGothic" w:eastAsia="NanumBarunGothic"/>
                <w:b/>
                <w:sz w:val="16"/>
              </w:rPr>
              <w:t>7</w:t>
            </w:r>
          </w:p>
        </w:tc>
        <w:tc>
          <w:tcPr>
            <w:tcW w:type="dxa" w:w="4680"/>
            <w:tcMar>
              <w:top w:w="80" w:type="dxa"/>
              <w:start w:w="80" w:type="dxa"/>
              <w:bottom w:w="80" w:type="dxa"/>
              <w:end w:w="80" w:type="dxa"/>
            </w:tcMar>
            <w:vAlign w:val="top"/>
          </w:tcPr>
          <w:p>
            <w:r>
              <w:rPr>
                <w:b/>
                <w:color w:val="1F4E79"/>
              </w:rPr>
            </w:r>
            <w:r>
              <w:rPr>
                <w:rFonts w:ascii="NanumBarunGothic" w:hAnsi="NanumBarunGothic" w:eastAsia="NanumBarunGothic"/>
                <w:b w:val="0"/>
                <w:sz w:val="16"/>
              </w:rPr>
              <w:t>가장 큰 약점</w:t>
            </w:r>
            <w:r>
              <w:br/>
            </w:r>
            <w:r>
              <w:rPr>
                <w:rFonts w:ascii="NanumBarunGothic" w:hAnsi="NanumBarunGothic" w:eastAsia="NanumBarunGothic"/>
                <w:b w:val="0"/>
                <w:sz w:val="16"/>
              </w:rPr>
              <w:t>리뷰어가 가장 먼저 공격할 부분은 어디인가?</w:t>
            </w:r>
          </w:p>
        </w:tc>
        <w:tc>
          <w:tcPr>
            <w:tcW w:type="dxa" w:w="8136"/>
            <w:tcMar>
              <w:top w:w="80" w:type="dxa"/>
              <w:start w:w="80" w:type="dxa"/>
              <w:bottom w:w="80" w:type="dxa"/>
              <w:end w:w="80" w:type="dxa"/>
            </w:tcMar>
            <w:vAlign w:val="top"/>
            <w:shd w:fill="F2F2F2"/>
          </w:tcPr>
          <w:p>
            <w:r/>
            <w:r>
              <w:rPr>
                <w:rFonts w:ascii="NanumBarunGothic" w:hAnsi="NanumBarunGothic" w:eastAsia="NanumBarunGothic"/>
                <w:b w:val="0"/>
                <w:color w:val="666666"/>
                <w:sz w:val="16"/>
              </w:rPr>
              <w:t>toy problem, 작은 개선, 관련 연구 누락, 불공정한 평가 등 가장 큰 약점을 적는다.</w:t>
            </w:r>
          </w:p>
        </w:tc>
        <w:tc>
          <w:tcPr>
            <w:tcW w:type="dxa" w:w="1800"/>
            <w:tcMar>
              <w:top w:w="80" w:type="dxa"/>
              <w:start w:w="80" w:type="dxa"/>
              <w:bottom w:w="80" w:type="dxa"/>
              <w:end w:w="80" w:type="dxa"/>
            </w:tcMar>
            <w:vAlign w:val="top"/>
          </w:tcPr>
          <w:p>
            <w:pPr>
              <w:jc w:val="center"/>
            </w:pPr>
            <w:r/>
            <w:r>
              <w:rPr>
                <w:rFonts w:ascii="NanumBarunGothic" w:hAnsi="NanumBarunGothic" w:eastAsia="NanumBarunGothic"/>
                <w:b w:val="0"/>
                <w:sz w:val="17"/>
              </w:rPr>
              <w:t>0 / 1 / 2</w:t>
            </w:r>
          </w:p>
        </w:tc>
      </w:tr>
    </w:tbl>
    <w:p/>
    <w:tbl>
      <w:tblPr>
        <w:tblW w:type="auto" w:w="0"/>
        <w:jc w:val="center"/>
        <w:tblLayout w:type="autofit"/>
        <w:tblLook w:firstColumn="1" w:firstRow="1" w:lastColumn="0" w:lastRow="0" w:noHBand="0" w:noVBand="1" w:val="04A0"/>
      </w:tblPr>
      <w:tblGrid>
        <w:gridCol w:w="15538"/>
      </w:tblGrid>
      <w:tr>
        <w:tc>
          <w:tcPr>
            <w:tcW w:type="dxa" w:w="15538"/>
            <w:shd w:fill="E2F0D9"/>
            <w:tcBorders>
              <w:top w:sz="8" w:val="single" w:color="9EADBA"/>
              <w:left w:sz="8" w:val="single" w:color="9EADBA"/>
              <w:bottom w:sz="8" w:val="single" w:color="9EADBA"/>
              <w:right w:sz="8" w:val="single" w:color="9EADBA"/>
            </w:tcBorders>
            <w:tcMar>
              <w:top w:w="80" w:type="dxa"/>
              <w:start w:w="80" w:type="dxa"/>
              <w:bottom w:w="80" w:type="dxa"/>
              <w:end w:w="80" w:type="dxa"/>
            </w:tcMar>
            <w:vAlign w:val="top"/>
          </w:tcPr>
          <w:p>
            <w:r>
              <w:rPr>
                <w:b/>
              </w:rPr>
            </w:r>
            <w:r>
              <w:rPr>
                <w:rFonts w:ascii="NanumBarunGothic" w:hAnsi="NanumBarunGothic" w:eastAsia="NanumBarunGothic"/>
                <w:b w:val="0"/>
                <w:sz w:val="18"/>
              </w:rPr>
              <w:t>판단 기준</w:t>
            </w:r>
            <w:r>
              <w:br/>
            </w:r>
            <w:r>
              <w:rPr>
                <w:rFonts w:ascii="NanumBarunGothic" w:hAnsi="NanumBarunGothic" w:eastAsia="NanumBarunGothic"/>
                <w:b w:val="0"/>
                <w:sz w:val="18"/>
              </w:rPr>
              <w:t>11–14점: 진행 가능성이 높음; 7–10점: 보강 필요; 0–6점: 문제 정의나 novelty를 다시 잡는 것이 좋음.</w:t>
            </w:r>
          </w:p>
        </w:tc>
      </w:tr>
    </w:tbl>
    <w:p/>
    <w:p>
      <w:pPr>
        <w:spacing w:before="100" w:after="60"/>
      </w:pPr>
      <w:r>
        <w:rPr>
          <w:rFonts w:ascii="NanumBarunGothic" w:hAnsi="NanumBarunGothic" w:eastAsia="NanumBarunGothic"/>
          <w:b/>
          <w:color w:val="404040"/>
          <w:sz w:val="24"/>
        </w:rPr>
        <w:t>Version A 요약</w:t>
      </w:r>
    </w:p>
    <w:tbl>
      <w:tblPr>
        <w:tblStyle w:val="TableGrid"/>
        <w:tblW w:type="auto" w:w="0"/>
        <w:jc w:val="center"/>
        <w:tblLook w:firstColumn="1" w:firstRow="1" w:lastColumn="0" w:lastRow="0" w:noHBand="0" w:noVBand="1" w:val="04A0"/>
      </w:tblPr>
      <w:tblGrid>
        <w:gridCol w:w="7769"/>
        <w:gridCol w:w="7769"/>
      </w:tblGrid>
      <w:tr>
        <w:tc>
          <w:tcPr>
            <w:tcW w:type="dxa" w:w="3600"/>
            <w:tcMar>
              <w:top w:w="80" w:type="dxa"/>
              <w:start w:w="80" w:type="dxa"/>
              <w:bottom w:w="80" w:type="dxa"/>
              <w:end w:w="80" w:type="dxa"/>
            </w:tcMar>
            <w:vAlign w:val="top"/>
            <w:shd w:fill="1F4E79"/>
          </w:tcPr>
          <w:p>
            <w:pPr>
              <w:jc w:val="center"/>
            </w:pPr>
            <w:r/>
            <w:r>
              <w:rPr>
                <w:rFonts w:ascii="NanumBarunGothic" w:hAnsi="NanumBarunGothic" w:eastAsia="NanumBarunGothic"/>
                <w:b/>
                <w:color w:val="FFFFFF"/>
                <w:sz w:val="17"/>
              </w:rPr>
              <w:t>항목</w:t>
            </w:r>
          </w:p>
        </w:tc>
        <w:tc>
          <w:tcPr>
            <w:tcW w:type="dxa" w:w="10800"/>
            <w:tcMar>
              <w:top w:w="80" w:type="dxa"/>
              <w:start w:w="80" w:type="dxa"/>
              <w:bottom w:w="80" w:type="dxa"/>
              <w:end w:w="80" w:type="dxa"/>
            </w:tcMar>
            <w:vAlign w:val="top"/>
            <w:shd w:fill="1F4E79"/>
          </w:tcPr>
          <w:p>
            <w:pPr>
              <w:jc w:val="center"/>
            </w:pPr>
            <w:r/>
            <w:r>
              <w:rPr>
                <w:rFonts w:ascii="NanumBarunGothic" w:hAnsi="NanumBarunGothic" w:eastAsia="NanumBarunGothic"/>
                <w:b/>
                <w:color w:val="FFFFFF"/>
                <w:sz w:val="17"/>
              </w:rPr>
              <w:t>답변</w:t>
            </w:r>
          </w:p>
        </w:tc>
      </w:tr>
      <w:tr>
        <w:trPr>
          <w:cantSplit/>
        </w:trPr>
        <w:tc>
          <w:tcPr>
            <w:tcW w:type="dxa" w:w="3600"/>
            <w:tcMar>
              <w:top w:w="80" w:type="dxa"/>
              <w:start w:w="80" w:type="dxa"/>
              <w:bottom w:w="80" w:type="dxa"/>
              <w:end w:w="80" w:type="dxa"/>
            </w:tcMar>
            <w:vAlign w:val="top"/>
          </w:tcPr>
          <w:p>
            <w:r/>
            <w:r>
              <w:rPr>
                <w:rFonts w:ascii="NanumBarunGothic" w:hAnsi="NanumBarunGothic" w:eastAsia="NanumBarunGothic"/>
                <w:b/>
                <w:sz w:val="17"/>
              </w:rPr>
              <w:t>총점</w:t>
            </w:r>
          </w:p>
        </w:tc>
        <w:tc>
          <w:tcPr>
            <w:tcW w:type="dxa" w:w="10800"/>
            <w:tcMar>
              <w:top w:w="80" w:type="dxa"/>
              <w:start w:w="80" w:type="dxa"/>
              <w:bottom w:w="80" w:type="dxa"/>
              <w:end w:w="80" w:type="dxa"/>
            </w:tcMar>
            <w:vAlign w:val="top"/>
            <w:shd w:fill="F2F2F2"/>
          </w:tcPr>
          <w:p>
            <w:r/>
            <w:r>
              <w:rPr>
                <w:rFonts w:ascii="NanumBarunGothic" w:hAnsi="NanumBarunGothic" w:eastAsia="NanumBarunGothic"/>
                <w:b w:val="0"/>
                <w:sz w:val="17"/>
              </w:rPr>
              <w:t xml:space="preserve"> </w:t>
            </w:r>
          </w:p>
        </w:tc>
      </w:tr>
      <w:tr>
        <w:trPr>
          <w:cantSplit/>
        </w:trPr>
        <w:tc>
          <w:tcPr>
            <w:tcW w:type="dxa" w:w="3600"/>
            <w:tcMar>
              <w:top w:w="80" w:type="dxa"/>
              <w:start w:w="80" w:type="dxa"/>
              <w:bottom w:w="80" w:type="dxa"/>
              <w:end w:w="80" w:type="dxa"/>
            </w:tcMar>
            <w:vAlign w:val="top"/>
          </w:tcPr>
          <w:p>
            <w:r/>
            <w:r>
              <w:rPr>
                <w:rFonts w:ascii="NanumBarunGothic" w:hAnsi="NanumBarunGothic" w:eastAsia="NanumBarunGothic"/>
                <w:b/>
                <w:sz w:val="17"/>
              </w:rPr>
              <w:t>진행 / 수정 / 중단 판단</w:t>
            </w:r>
          </w:p>
        </w:tc>
        <w:tc>
          <w:tcPr>
            <w:tcW w:type="dxa" w:w="10800"/>
            <w:tcMar>
              <w:top w:w="80" w:type="dxa"/>
              <w:start w:w="80" w:type="dxa"/>
              <w:bottom w:w="80" w:type="dxa"/>
              <w:end w:w="80" w:type="dxa"/>
            </w:tcMar>
            <w:vAlign w:val="top"/>
            <w:shd w:fill="F2F2F2"/>
          </w:tcPr>
          <w:p>
            <w:r/>
            <w:r>
              <w:rPr>
                <w:rFonts w:ascii="NanumBarunGothic" w:hAnsi="NanumBarunGothic" w:eastAsia="NanumBarunGothic"/>
                <w:b w:val="0"/>
                <w:sz w:val="17"/>
              </w:rPr>
              <w:t xml:space="preserve"> </w:t>
            </w:r>
          </w:p>
        </w:tc>
      </w:tr>
      <w:tr>
        <w:trPr>
          <w:cantSplit/>
        </w:trPr>
        <w:tc>
          <w:tcPr>
            <w:tcW w:type="dxa" w:w="3600"/>
            <w:tcMar>
              <w:top w:w="80" w:type="dxa"/>
              <w:start w:w="80" w:type="dxa"/>
              <w:bottom w:w="80" w:type="dxa"/>
              <w:end w:w="80" w:type="dxa"/>
            </w:tcMar>
            <w:vAlign w:val="top"/>
          </w:tcPr>
          <w:p>
            <w:r/>
            <w:r>
              <w:rPr>
                <w:rFonts w:ascii="NanumBarunGothic" w:hAnsi="NanumBarunGothic" w:eastAsia="NanumBarunGothic"/>
                <w:b/>
                <w:sz w:val="17"/>
              </w:rPr>
              <w:t>가장 약한 항목</w:t>
            </w:r>
          </w:p>
        </w:tc>
        <w:tc>
          <w:tcPr>
            <w:tcW w:type="dxa" w:w="10800"/>
            <w:tcMar>
              <w:top w:w="80" w:type="dxa"/>
              <w:start w:w="80" w:type="dxa"/>
              <w:bottom w:w="80" w:type="dxa"/>
              <w:end w:w="80" w:type="dxa"/>
            </w:tcMar>
            <w:vAlign w:val="top"/>
            <w:shd w:fill="F2F2F2"/>
          </w:tcPr>
          <w:p>
            <w:r/>
            <w:r>
              <w:rPr>
                <w:rFonts w:ascii="NanumBarunGothic" w:hAnsi="NanumBarunGothic" w:eastAsia="NanumBarunGothic"/>
                <w:b w:val="0"/>
                <w:sz w:val="17"/>
              </w:rPr>
              <w:t xml:space="preserve"> </w:t>
            </w:r>
          </w:p>
        </w:tc>
      </w:tr>
      <w:tr>
        <w:trPr>
          <w:cantSplit/>
        </w:trPr>
        <w:tc>
          <w:tcPr>
            <w:tcW w:type="dxa" w:w="3600"/>
            <w:tcMar>
              <w:top w:w="80" w:type="dxa"/>
              <w:start w:w="80" w:type="dxa"/>
              <w:bottom w:w="80" w:type="dxa"/>
              <w:end w:w="80" w:type="dxa"/>
            </w:tcMar>
            <w:vAlign w:val="top"/>
          </w:tcPr>
          <w:p>
            <w:r/>
            <w:r>
              <w:rPr>
                <w:rFonts w:ascii="NanumBarunGothic" w:hAnsi="NanumBarunGothic" w:eastAsia="NanumBarunGothic"/>
                <w:b/>
                <w:sz w:val="17"/>
              </w:rPr>
              <w:t>바로 해야 할 일</w:t>
            </w:r>
          </w:p>
        </w:tc>
        <w:tc>
          <w:tcPr>
            <w:tcW w:type="dxa" w:w="10800"/>
            <w:tcMar>
              <w:top w:w="80" w:type="dxa"/>
              <w:start w:w="80" w:type="dxa"/>
              <w:bottom w:w="80" w:type="dxa"/>
              <w:end w:w="80" w:type="dxa"/>
            </w:tcMar>
            <w:vAlign w:val="top"/>
            <w:shd w:fill="F2F2F2"/>
          </w:tcPr>
          <w:p>
            <w:r/>
            <w:r>
              <w:rPr>
                <w:rFonts w:ascii="NanumBarunGothic" w:hAnsi="NanumBarunGothic" w:eastAsia="NanumBarunGothic"/>
                <w:b w:val="0"/>
                <w:sz w:val="17"/>
              </w:rPr>
              <w:t xml:space="preserve"> </w:t>
            </w:r>
          </w:p>
        </w:tc>
      </w:tr>
    </w:tbl>
    <w:p/>
    <w:p>
      <w:r>
        <w:br w:type="page"/>
      </w:r>
    </w:p>
    <w:p>
      <w:pPr>
        <w:spacing w:before="160" w:after="100"/>
      </w:pPr>
      <w:r>
        <w:rPr>
          <w:rFonts w:ascii="NanumBarunGothic" w:hAnsi="NanumBarunGothic" w:eastAsia="NanumBarunGothic"/>
          <w:b/>
          <w:color w:val="1F4E79"/>
          <w:sz w:val="32"/>
        </w:rPr>
        <w:t>Version B. 30분 연구 현실성 점검</w:t>
      </w:r>
    </w:p>
    <w:p>
      <w:pPr>
        <w:spacing w:after="60"/>
      </w:pPr>
      <w:r>
        <w:rPr>
          <w:rFonts w:ascii="NanumBarunGothic" w:hAnsi="NanumBarunGothic" w:eastAsia="NanumBarunGothic"/>
          <w:b w:val="0"/>
          <w:color w:val="404040"/>
          <w:sz w:val="18"/>
        </w:rPr>
        <w:t>지도교수 미팅, 연구실 세미나, 연구 제안 전 점검에 사용한다. 총점: 48점.</w:t>
      </w:r>
    </w:p>
    <w:tbl>
      <w:tblPr>
        <w:tblStyle w:val="TableGrid"/>
        <w:tblW w:type="auto" w:w="0"/>
        <w:jc w:val="center"/>
        <w:tblLayout w:type="fixed"/>
        <w:tblLook w:firstColumn="1" w:firstRow="1" w:lastColumn="0" w:lastRow="0" w:noHBand="0" w:noVBand="1" w:val="04A0"/>
      </w:tblPr>
      <w:tblGrid>
        <w:gridCol w:w="3884"/>
        <w:gridCol w:w="3884"/>
        <w:gridCol w:w="3884"/>
        <w:gridCol w:w="3884"/>
      </w:tblGrid>
      <w:tr>
        <w:trPr>
          <w:tblHeader w:val="true"/>
          <w:cantSplit/>
        </w:trPr>
        <w:tc>
          <w:tcPr>
            <w:tcW w:type="dxa" w:w="691"/>
            <w:tcMar>
              <w:top w:w="80" w:type="dxa"/>
              <w:start w:w="80" w:type="dxa"/>
              <w:bottom w:w="80" w:type="dxa"/>
              <w:end w:w="80" w:type="dxa"/>
            </w:tcMar>
            <w:vAlign w:val="top"/>
            <w:shd w:fill="1F4E79"/>
          </w:tcPr>
          <w:p>
            <w:pPr>
              <w:jc w:val="center"/>
            </w:pPr>
            <w:r/>
            <w:r>
              <w:rPr>
                <w:rFonts w:ascii="NanumBarunGothic" w:hAnsi="NanumBarunGothic" w:eastAsia="NanumBarunGothic"/>
                <w:b/>
                <w:color w:val="FFFFFF"/>
                <w:sz w:val="17"/>
              </w:rPr>
              <w:t>#</w:t>
            </w:r>
          </w:p>
        </w:tc>
        <w:tc>
          <w:tcPr>
            <w:tcW w:type="dxa" w:w="4680"/>
            <w:tcMar>
              <w:top w:w="80" w:type="dxa"/>
              <w:start w:w="80" w:type="dxa"/>
              <w:bottom w:w="80" w:type="dxa"/>
              <w:end w:w="80" w:type="dxa"/>
            </w:tcMar>
            <w:vAlign w:val="top"/>
            <w:shd w:fill="1F4E79"/>
          </w:tcPr>
          <w:p>
            <w:pPr>
              <w:jc w:val="center"/>
            </w:pPr>
            <w:r/>
            <w:r>
              <w:rPr>
                <w:rFonts w:ascii="NanumBarunGothic" w:hAnsi="NanumBarunGothic" w:eastAsia="NanumBarunGothic"/>
                <w:b/>
                <w:color w:val="FFFFFF"/>
                <w:sz w:val="17"/>
              </w:rPr>
              <w:t>체크 항목 / 질문</w:t>
            </w:r>
          </w:p>
        </w:tc>
        <w:tc>
          <w:tcPr>
            <w:tcW w:type="dxa" w:w="8136"/>
            <w:tcMar>
              <w:top w:w="80" w:type="dxa"/>
              <w:start w:w="80" w:type="dxa"/>
              <w:bottom w:w="80" w:type="dxa"/>
              <w:end w:w="80" w:type="dxa"/>
            </w:tcMar>
            <w:vAlign w:val="top"/>
            <w:shd w:fill="1F4E79"/>
          </w:tcPr>
          <w:p>
            <w:pPr>
              <w:jc w:val="center"/>
            </w:pPr>
            <w:r/>
            <w:r>
              <w:rPr>
                <w:rFonts w:ascii="NanumBarunGothic" w:hAnsi="NanumBarunGothic" w:eastAsia="NanumBarunGothic"/>
                <w:b/>
                <w:color w:val="FFFFFF"/>
                <w:sz w:val="17"/>
              </w:rPr>
              <w:t>학생 답변 / 메모</w:t>
            </w:r>
          </w:p>
        </w:tc>
        <w:tc>
          <w:tcPr>
            <w:tcW w:type="dxa" w:w="1800"/>
            <w:tcMar>
              <w:top w:w="80" w:type="dxa"/>
              <w:start w:w="80" w:type="dxa"/>
              <w:bottom w:w="80" w:type="dxa"/>
              <w:end w:w="80" w:type="dxa"/>
            </w:tcMar>
            <w:vAlign w:val="top"/>
            <w:shd w:fill="1F4E79"/>
          </w:tcPr>
          <w:p>
            <w:pPr>
              <w:jc w:val="center"/>
            </w:pPr>
            <w:r/>
            <w:r>
              <w:rPr>
                <w:rFonts w:ascii="NanumBarunGothic" w:hAnsi="NanumBarunGothic" w:eastAsia="NanumBarunGothic"/>
                <w:b/>
                <w:color w:val="FFFFFF"/>
                <w:sz w:val="17"/>
              </w:rPr>
              <w:t>점수</w:t>
            </w:r>
          </w:p>
        </w:tc>
      </w:tr>
      <w:tr>
        <w:trPr>
          <w:cantSplit/>
        </w:trPr>
        <w:tc>
          <w:tcPr>
            <w:tcW w:type="dxa" w:w="691"/>
            <w:tcMar>
              <w:top w:w="80" w:type="dxa"/>
              <w:start w:w="80" w:type="dxa"/>
              <w:bottom w:w="80" w:type="dxa"/>
              <w:end w:w="80" w:type="dxa"/>
            </w:tcMar>
            <w:vAlign w:val="top"/>
          </w:tcPr>
          <w:p>
            <w:pPr>
              <w:jc w:val="center"/>
            </w:pPr>
            <w:r/>
            <w:r>
              <w:rPr>
                <w:rFonts w:ascii="NanumBarunGothic" w:hAnsi="NanumBarunGothic" w:eastAsia="NanumBarunGothic"/>
                <w:b/>
                <w:sz w:val="16"/>
              </w:rPr>
              <w:t>1</w:t>
            </w:r>
          </w:p>
        </w:tc>
        <w:tc>
          <w:tcPr>
            <w:tcW w:type="dxa" w:w="4680"/>
            <w:tcMar>
              <w:top w:w="80" w:type="dxa"/>
              <w:start w:w="80" w:type="dxa"/>
              <w:bottom w:w="80" w:type="dxa"/>
              <w:end w:w="80" w:type="dxa"/>
            </w:tcMar>
            <w:vAlign w:val="top"/>
          </w:tcPr>
          <w:p>
            <w:r>
              <w:rPr>
                <w:b/>
                <w:color w:val="1F4E79"/>
              </w:rPr>
            </w:r>
            <w:r>
              <w:rPr>
                <w:rFonts w:ascii="NanumBarunGothic" w:hAnsi="NanumBarunGothic" w:eastAsia="NanumBarunGothic"/>
                <w:b w:val="0"/>
                <w:sz w:val="16"/>
              </w:rPr>
              <w:t>연구 목표</w:t>
            </w:r>
            <w:r>
              <w:br/>
            </w:r>
            <w:r>
              <w:rPr>
                <w:rFonts w:ascii="NanumBarunGothic" w:hAnsi="NanumBarunGothic" w:eastAsia="NanumBarunGothic"/>
                <w:b w:val="0"/>
                <w:sz w:val="16"/>
              </w:rPr>
              <w:t>이 연구의 핵심 목표는 무엇인가?</w:t>
            </w:r>
          </w:p>
        </w:tc>
        <w:tc>
          <w:tcPr>
            <w:tcW w:type="dxa" w:w="8136"/>
            <w:tcMar>
              <w:top w:w="80" w:type="dxa"/>
              <w:start w:w="80" w:type="dxa"/>
              <w:bottom w:w="80" w:type="dxa"/>
              <w:end w:w="80" w:type="dxa"/>
            </w:tcMar>
            <w:vAlign w:val="top"/>
            <w:shd w:fill="F2F2F2"/>
          </w:tcPr>
          <w:p>
            <w:r/>
            <w:r>
              <w:rPr>
                <w:rFonts w:ascii="NanumBarunGothic" w:hAnsi="NanumBarunGothic" w:eastAsia="NanumBarunGothic"/>
                <w:b w:val="0"/>
                <w:color w:val="666666"/>
                <w:sz w:val="16"/>
              </w:rPr>
              <w:t>무엇을 달성, 발견, 제작, 개선, 조사하려는지 적는다.</w:t>
            </w:r>
          </w:p>
        </w:tc>
        <w:tc>
          <w:tcPr>
            <w:tcW w:type="dxa" w:w="1800"/>
            <w:tcMar>
              <w:top w:w="80" w:type="dxa"/>
              <w:start w:w="80" w:type="dxa"/>
              <w:bottom w:w="80" w:type="dxa"/>
              <w:end w:w="80" w:type="dxa"/>
            </w:tcMar>
            <w:vAlign w:val="top"/>
          </w:tcPr>
          <w:p>
            <w:pPr>
              <w:jc w:val="center"/>
            </w:pPr>
            <w:r/>
            <w:r>
              <w:rPr>
                <w:rFonts w:ascii="NanumBarunGothic" w:hAnsi="NanumBarunGothic" w:eastAsia="NanumBarunGothic"/>
                <w:b w:val="0"/>
                <w:sz w:val="17"/>
              </w:rPr>
              <w:t>0 / 1 / 2</w:t>
            </w:r>
          </w:p>
        </w:tc>
      </w:tr>
      <w:tr>
        <w:trPr>
          <w:cantSplit/>
        </w:trPr>
        <w:tc>
          <w:tcPr>
            <w:tcW w:type="dxa" w:w="691"/>
            <w:tcMar>
              <w:top w:w="80" w:type="dxa"/>
              <w:start w:w="80" w:type="dxa"/>
              <w:bottom w:w="80" w:type="dxa"/>
              <w:end w:w="80" w:type="dxa"/>
            </w:tcMar>
            <w:vAlign w:val="top"/>
          </w:tcPr>
          <w:p>
            <w:pPr>
              <w:jc w:val="center"/>
            </w:pPr>
            <w:r/>
            <w:r>
              <w:rPr>
                <w:rFonts w:ascii="NanumBarunGothic" w:hAnsi="NanumBarunGothic" w:eastAsia="NanumBarunGothic"/>
                <w:b/>
                <w:sz w:val="16"/>
              </w:rPr>
              <w:t>2</w:t>
            </w:r>
          </w:p>
        </w:tc>
        <w:tc>
          <w:tcPr>
            <w:tcW w:type="dxa" w:w="4680"/>
            <w:tcMar>
              <w:top w:w="80" w:type="dxa"/>
              <w:start w:w="80" w:type="dxa"/>
              <w:bottom w:w="80" w:type="dxa"/>
              <w:end w:w="80" w:type="dxa"/>
            </w:tcMar>
            <w:vAlign w:val="top"/>
          </w:tcPr>
          <w:p>
            <w:r>
              <w:rPr>
                <w:b/>
                <w:color w:val="1F4E79"/>
              </w:rPr>
            </w:r>
            <w:r>
              <w:rPr>
                <w:rFonts w:ascii="NanumBarunGothic" w:hAnsi="NanumBarunGothic" w:eastAsia="NanumBarunGothic"/>
                <w:b w:val="0"/>
                <w:sz w:val="16"/>
              </w:rPr>
              <w:t>연구 목표</w:t>
            </w:r>
            <w:r>
              <w:br/>
            </w:r>
            <w:r>
              <w:rPr>
                <w:rFonts w:ascii="NanumBarunGothic" w:hAnsi="NanumBarunGothic" w:eastAsia="NanumBarunGothic"/>
                <w:b w:val="0"/>
                <w:sz w:val="16"/>
              </w:rPr>
              <w:t>이 연구의 구체적인 산출물은 무엇인가?</w:t>
            </w:r>
          </w:p>
        </w:tc>
        <w:tc>
          <w:tcPr>
            <w:tcW w:type="dxa" w:w="8136"/>
            <w:tcMar>
              <w:top w:w="80" w:type="dxa"/>
              <w:start w:w="80" w:type="dxa"/>
              <w:bottom w:w="80" w:type="dxa"/>
              <w:end w:w="80" w:type="dxa"/>
            </w:tcMar>
            <w:vAlign w:val="top"/>
            <w:shd w:fill="F2F2F2"/>
          </w:tcPr>
          <w:p>
            <w:r/>
            <w:r>
              <w:rPr>
                <w:rFonts w:ascii="NanumBarunGothic" w:hAnsi="NanumBarunGothic" w:eastAsia="NanumBarunGothic"/>
                <w:b w:val="0"/>
                <w:color w:val="666666"/>
                <w:sz w:val="16"/>
              </w:rPr>
              <w:t>시스템, 알고리즘, 데이터셋, 실험 결과, 설계 가이드라인, 도구, 벤치마크 등.</w:t>
            </w:r>
          </w:p>
        </w:tc>
        <w:tc>
          <w:tcPr>
            <w:tcW w:type="dxa" w:w="1800"/>
            <w:tcMar>
              <w:top w:w="80" w:type="dxa"/>
              <w:start w:w="80" w:type="dxa"/>
              <w:bottom w:w="80" w:type="dxa"/>
              <w:end w:w="80" w:type="dxa"/>
            </w:tcMar>
            <w:vAlign w:val="top"/>
          </w:tcPr>
          <w:p>
            <w:pPr>
              <w:jc w:val="center"/>
            </w:pPr>
            <w:r/>
            <w:r>
              <w:rPr>
                <w:rFonts w:ascii="NanumBarunGothic" w:hAnsi="NanumBarunGothic" w:eastAsia="NanumBarunGothic"/>
                <w:b w:val="0"/>
                <w:sz w:val="17"/>
              </w:rPr>
              <w:t>0 / 1 / 2</w:t>
            </w:r>
          </w:p>
        </w:tc>
      </w:tr>
      <w:tr>
        <w:trPr>
          <w:cantSplit/>
        </w:trPr>
        <w:tc>
          <w:tcPr>
            <w:tcW w:type="dxa" w:w="691"/>
            <w:tcMar>
              <w:top w:w="80" w:type="dxa"/>
              <w:start w:w="80" w:type="dxa"/>
              <w:bottom w:w="80" w:type="dxa"/>
              <w:end w:w="80" w:type="dxa"/>
            </w:tcMar>
            <w:vAlign w:val="top"/>
          </w:tcPr>
          <w:p>
            <w:pPr>
              <w:jc w:val="center"/>
            </w:pPr>
            <w:r/>
            <w:r>
              <w:rPr>
                <w:rFonts w:ascii="NanumBarunGothic" w:hAnsi="NanumBarunGothic" w:eastAsia="NanumBarunGothic"/>
                <w:b/>
                <w:sz w:val="16"/>
              </w:rPr>
              <w:t>3</w:t>
            </w:r>
          </w:p>
        </w:tc>
        <w:tc>
          <w:tcPr>
            <w:tcW w:type="dxa" w:w="4680"/>
            <w:tcMar>
              <w:top w:w="80" w:type="dxa"/>
              <w:start w:w="80" w:type="dxa"/>
              <w:bottom w:w="80" w:type="dxa"/>
              <w:end w:w="80" w:type="dxa"/>
            </w:tcMar>
            <w:vAlign w:val="top"/>
          </w:tcPr>
          <w:p>
            <w:r>
              <w:rPr>
                <w:b/>
                <w:color w:val="1F4E79"/>
              </w:rPr>
            </w:r>
            <w:r>
              <w:rPr>
                <w:rFonts w:ascii="NanumBarunGothic" w:hAnsi="NanumBarunGothic" w:eastAsia="NanumBarunGothic"/>
                <w:b w:val="0"/>
                <w:sz w:val="16"/>
              </w:rPr>
              <w:t>문제와 중요성</w:t>
            </w:r>
            <w:r>
              <w:br/>
            </w:r>
            <w:r>
              <w:rPr>
                <w:rFonts w:ascii="NanumBarunGothic" w:hAnsi="NanumBarunGothic" w:eastAsia="NanumBarunGothic"/>
                <w:b w:val="0"/>
                <w:sz w:val="16"/>
              </w:rPr>
              <w:t>어떤 구체적인 문제를 해결하는가?</w:t>
            </w:r>
          </w:p>
        </w:tc>
        <w:tc>
          <w:tcPr>
            <w:tcW w:type="dxa" w:w="8136"/>
            <w:tcMar>
              <w:top w:w="80" w:type="dxa"/>
              <w:start w:w="80" w:type="dxa"/>
              <w:bottom w:w="80" w:type="dxa"/>
              <w:end w:w="80" w:type="dxa"/>
            </w:tcMar>
            <w:vAlign w:val="top"/>
            <w:shd w:fill="F2F2F2"/>
          </w:tcPr>
          <w:p>
            <w:r/>
            <w:r>
              <w:rPr>
                <w:rFonts w:ascii="NanumBarunGothic" w:hAnsi="NanumBarunGothic" w:eastAsia="NanumBarunGothic"/>
                <w:b w:val="0"/>
                <w:color w:val="666666"/>
                <w:sz w:val="16"/>
              </w:rPr>
              <w:t>현재 접근법이 실패하는 상황을 설명한다.</w:t>
            </w:r>
          </w:p>
        </w:tc>
        <w:tc>
          <w:tcPr>
            <w:tcW w:type="dxa" w:w="1800"/>
            <w:tcMar>
              <w:top w:w="80" w:type="dxa"/>
              <w:start w:w="80" w:type="dxa"/>
              <w:bottom w:w="80" w:type="dxa"/>
              <w:end w:w="80" w:type="dxa"/>
            </w:tcMar>
            <w:vAlign w:val="top"/>
          </w:tcPr>
          <w:p>
            <w:pPr>
              <w:jc w:val="center"/>
            </w:pPr>
            <w:r/>
            <w:r>
              <w:rPr>
                <w:rFonts w:ascii="NanumBarunGothic" w:hAnsi="NanumBarunGothic" w:eastAsia="NanumBarunGothic"/>
                <w:b w:val="0"/>
                <w:sz w:val="17"/>
              </w:rPr>
              <w:t>0 / 1 / 2</w:t>
            </w:r>
          </w:p>
        </w:tc>
      </w:tr>
      <w:tr>
        <w:trPr>
          <w:cantSplit/>
        </w:trPr>
        <w:tc>
          <w:tcPr>
            <w:tcW w:type="dxa" w:w="691"/>
            <w:tcMar>
              <w:top w:w="80" w:type="dxa"/>
              <w:start w:w="80" w:type="dxa"/>
              <w:bottom w:w="80" w:type="dxa"/>
              <w:end w:w="80" w:type="dxa"/>
            </w:tcMar>
            <w:vAlign w:val="top"/>
          </w:tcPr>
          <w:p>
            <w:pPr>
              <w:jc w:val="center"/>
            </w:pPr>
            <w:r/>
            <w:r>
              <w:rPr>
                <w:rFonts w:ascii="NanumBarunGothic" w:hAnsi="NanumBarunGothic" w:eastAsia="NanumBarunGothic"/>
                <w:b/>
                <w:sz w:val="16"/>
              </w:rPr>
              <w:t>4</w:t>
            </w:r>
          </w:p>
        </w:tc>
        <w:tc>
          <w:tcPr>
            <w:tcW w:type="dxa" w:w="4680"/>
            <w:tcMar>
              <w:top w:w="80" w:type="dxa"/>
              <w:start w:w="80" w:type="dxa"/>
              <w:bottom w:w="80" w:type="dxa"/>
              <w:end w:w="80" w:type="dxa"/>
            </w:tcMar>
            <w:vAlign w:val="top"/>
          </w:tcPr>
          <w:p>
            <w:r>
              <w:rPr>
                <w:b/>
                <w:color w:val="1F4E79"/>
              </w:rPr>
            </w:r>
            <w:r>
              <w:rPr>
                <w:rFonts w:ascii="NanumBarunGothic" w:hAnsi="NanumBarunGothic" w:eastAsia="NanumBarunGothic"/>
                <w:b w:val="0"/>
                <w:sz w:val="16"/>
              </w:rPr>
              <w:t>문제와 중요성</w:t>
            </w:r>
            <w:r>
              <w:br/>
            </w:r>
            <w:r>
              <w:rPr>
                <w:rFonts w:ascii="NanumBarunGothic" w:hAnsi="NanumBarunGothic" w:eastAsia="NanumBarunGothic"/>
                <w:b w:val="0"/>
                <w:sz w:val="16"/>
              </w:rPr>
              <w:t>이 문제가 왜 중요한가?</w:t>
            </w:r>
          </w:p>
        </w:tc>
        <w:tc>
          <w:tcPr>
            <w:tcW w:type="dxa" w:w="8136"/>
            <w:tcMar>
              <w:top w:w="80" w:type="dxa"/>
              <w:start w:w="80" w:type="dxa"/>
              <w:bottom w:w="80" w:type="dxa"/>
              <w:end w:w="80" w:type="dxa"/>
            </w:tcMar>
            <w:vAlign w:val="top"/>
            <w:shd w:fill="F2F2F2"/>
          </w:tcPr>
          <w:p>
            <w:r/>
            <w:r>
              <w:rPr>
                <w:rFonts w:ascii="NanumBarunGothic" w:hAnsi="NanumBarunGothic" w:eastAsia="NanumBarunGothic"/>
                <w:b w:val="0"/>
                <w:color w:val="666666"/>
                <w:sz w:val="16"/>
              </w:rPr>
              <w:t>사용자, 시스템, 과학적 지식, 비용, 안전, 정확도, 프라이버시 등에 미치는 영향을 설명한다.</w:t>
            </w:r>
          </w:p>
        </w:tc>
        <w:tc>
          <w:tcPr>
            <w:tcW w:type="dxa" w:w="1800"/>
            <w:tcMar>
              <w:top w:w="80" w:type="dxa"/>
              <w:start w:w="80" w:type="dxa"/>
              <w:bottom w:w="80" w:type="dxa"/>
              <w:end w:w="80" w:type="dxa"/>
            </w:tcMar>
            <w:vAlign w:val="top"/>
          </w:tcPr>
          <w:p>
            <w:pPr>
              <w:jc w:val="center"/>
            </w:pPr>
            <w:r/>
            <w:r>
              <w:rPr>
                <w:rFonts w:ascii="NanumBarunGothic" w:hAnsi="NanumBarunGothic" w:eastAsia="NanumBarunGothic"/>
                <w:b w:val="0"/>
                <w:sz w:val="17"/>
              </w:rPr>
              <w:t>0 / 1 / 2</w:t>
            </w:r>
          </w:p>
        </w:tc>
      </w:tr>
      <w:tr>
        <w:trPr>
          <w:cantSplit/>
        </w:trPr>
        <w:tc>
          <w:tcPr>
            <w:tcW w:type="dxa" w:w="691"/>
            <w:tcMar>
              <w:top w:w="80" w:type="dxa"/>
              <w:start w:w="80" w:type="dxa"/>
              <w:bottom w:w="80" w:type="dxa"/>
              <w:end w:w="80" w:type="dxa"/>
            </w:tcMar>
            <w:vAlign w:val="top"/>
          </w:tcPr>
          <w:p>
            <w:pPr>
              <w:jc w:val="center"/>
            </w:pPr>
            <w:r/>
            <w:r>
              <w:rPr>
                <w:rFonts w:ascii="NanumBarunGothic" w:hAnsi="NanumBarunGothic" w:eastAsia="NanumBarunGothic"/>
                <w:b/>
                <w:sz w:val="16"/>
              </w:rPr>
              <w:t>5</w:t>
            </w:r>
          </w:p>
        </w:tc>
        <w:tc>
          <w:tcPr>
            <w:tcW w:type="dxa" w:w="4680"/>
            <w:tcMar>
              <w:top w:w="80" w:type="dxa"/>
              <w:start w:w="80" w:type="dxa"/>
              <w:bottom w:w="80" w:type="dxa"/>
              <w:end w:w="80" w:type="dxa"/>
            </w:tcMar>
            <w:vAlign w:val="top"/>
          </w:tcPr>
          <w:p>
            <w:r>
              <w:rPr>
                <w:b/>
                <w:color w:val="1F4E79"/>
              </w:rPr>
            </w:r>
            <w:r>
              <w:rPr>
                <w:rFonts w:ascii="NanumBarunGothic" w:hAnsi="NanumBarunGothic" w:eastAsia="NanumBarunGothic"/>
                <w:b w:val="0"/>
                <w:sz w:val="16"/>
              </w:rPr>
              <w:t>문제와 중요성</w:t>
            </w:r>
            <w:r>
              <w:br/>
            </w:r>
            <w:r>
              <w:rPr>
                <w:rFonts w:ascii="NanumBarunGothic" w:hAnsi="NanumBarunGothic" w:eastAsia="NanumBarunGothic"/>
                <w:b w:val="0"/>
                <w:sz w:val="16"/>
              </w:rPr>
              <w:t>누가 어떤 상황에서 이 문제를 겪는가?</w:t>
            </w:r>
          </w:p>
        </w:tc>
        <w:tc>
          <w:tcPr>
            <w:tcW w:type="dxa" w:w="8136"/>
            <w:tcMar>
              <w:top w:w="80" w:type="dxa"/>
              <w:start w:w="80" w:type="dxa"/>
              <w:bottom w:w="80" w:type="dxa"/>
              <w:end w:w="80" w:type="dxa"/>
            </w:tcMar>
            <w:vAlign w:val="top"/>
            <w:shd w:fill="F2F2F2"/>
          </w:tcPr>
          <w:p>
            <w:r/>
            <w:r>
              <w:rPr>
                <w:rFonts w:ascii="NanumBarunGothic" w:hAnsi="NanumBarunGothic" w:eastAsia="NanumBarunGothic"/>
                <w:b w:val="0"/>
                <w:color w:val="666666"/>
                <w:sz w:val="16"/>
              </w:rPr>
              <w:t>대상 사용자, 맥락, 규모, 발생 빈도를 정의한다.</w:t>
            </w:r>
          </w:p>
        </w:tc>
        <w:tc>
          <w:tcPr>
            <w:tcW w:type="dxa" w:w="1800"/>
            <w:tcMar>
              <w:top w:w="80" w:type="dxa"/>
              <w:start w:w="80" w:type="dxa"/>
              <w:bottom w:w="80" w:type="dxa"/>
              <w:end w:w="80" w:type="dxa"/>
            </w:tcMar>
            <w:vAlign w:val="top"/>
          </w:tcPr>
          <w:p>
            <w:pPr>
              <w:jc w:val="center"/>
            </w:pPr>
            <w:r/>
            <w:r>
              <w:rPr>
                <w:rFonts w:ascii="NanumBarunGothic" w:hAnsi="NanumBarunGothic" w:eastAsia="NanumBarunGothic"/>
                <w:b w:val="0"/>
                <w:sz w:val="17"/>
              </w:rPr>
              <w:t>0 / 1 / 2</w:t>
            </w:r>
          </w:p>
        </w:tc>
      </w:tr>
      <w:tr>
        <w:trPr>
          <w:cantSplit/>
        </w:trPr>
        <w:tc>
          <w:tcPr>
            <w:tcW w:type="dxa" w:w="691"/>
            <w:tcMar>
              <w:top w:w="80" w:type="dxa"/>
              <w:start w:w="80" w:type="dxa"/>
              <w:bottom w:w="80" w:type="dxa"/>
              <w:end w:w="80" w:type="dxa"/>
            </w:tcMar>
            <w:vAlign w:val="top"/>
          </w:tcPr>
          <w:p>
            <w:pPr>
              <w:jc w:val="center"/>
            </w:pPr>
            <w:r/>
            <w:r>
              <w:rPr>
                <w:rFonts w:ascii="NanumBarunGothic" w:hAnsi="NanumBarunGothic" w:eastAsia="NanumBarunGothic"/>
                <w:b/>
                <w:sz w:val="16"/>
              </w:rPr>
              <w:t>6</w:t>
            </w:r>
          </w:p>
        </w:tc>
        <w:tc>
          <w:tcPr>
            <w:tcW w:type="dxa" w:w="4680"/>
            <w:tcMar>
              <w:top w:w="80" w:type="dxa"/>
              <w:start w:w="80" w:type="dxa"/>
              <w:bottom w:w="80" w:type="dxa"/>
              <w:end w:w="80" w:type="dxa"/>
            </w:tcMar>
            <w:vAlign w:val="top"/>
          </w:tcPr>
          <w:p>
            <w:r>
              <w:rPr>
                <w:b/>
                <w:color w:val="1F4E79"/>
              </w:rPr>
            </w:r>
            <w:r>
              <w:rPr>
                <w:rFonts w:ascii="NanumBarunGothic" w:hAnsi="NanumBarunGothic" w:eastAsia="NanumBarunGothic"/>
                <w:b w:val="0"/>
                <w:sz w:val="16"/>
              </w:rPr>
              <w:t>Novelty</w:t>
            </w:r>
            <w:r>
              <w:br/>
            </w:r>
            <w:r>
              <w:rPr>
                <w:rFonts w:ascii="NanumBarunGothic" w:hAnsi="NanumBarunGothic" w:eastAsia="NanumBarunGothic"/>
                <w:b w:val="0"/>
                <w:sz w:val="16"/>
              </w:rPr>
              <w:t>기존 연구들은 이 문제를 어떻게 해결해왔는가?</w:t>
            </w:r>
          </w:p>
        </w:tc>
        <w:tc>
          <w:tcPr>
            <w:tcW w:type="dxa" w:w="8136"/>
            <w:tcMar>
              <w:top w:w="80" w:type="dxa"/>
              <w:start w:w="80" w:type="dxa"/>
              <w:bottom w:w="80" w:type="dxa"/>
              <w:end w:w="80" w:type="dxa"/>
            </w:tcMar>
            <w:vAlign w:val="top"/>
            <w:shd w:fill="F2F2F2"/>
          </w:tcPr>
          <w:p>
            <w:r/>
            <w:r>
              <w:rPr>
                <w:rFonts w:ascii="NanumBarunGothic" w:hAnsi="NanumBarunGothic" w:eastAsia="NanumBarunGothic"/>
                <w:b w:val="0"/>
                <w:color w:val="666666"/>
                <w:sz w:val="16"/>
              </w:rPr>
              <w:t>고전적 접근과 최근 접근을 함께 적는다.</w:t>
            </w:r>
          </w:p>
        </w:tc>
        <w:tc>
          <w:tcPr>
            <w:tcW w:type="dxa" w:w="1800"/>
            <w:tcMar>
              <w:top w:w="80" w:type="dxa"/>
              <w:start w:w="80" w:type="dxa"/>
              <w:bottom w:w="80" w:type="dxa"/>
              <w:end w:w="80" w:type="dxa"/>
            </w:tcMar>
            <w:vAlign w:val="top"/>
          </w:tcPr>
          <w:p>
            <w:pPr>
              <w:jc w:val="center"/>
            </w:pPr>
            <w:r/>
            <w:r>
              <w:rPr>
                <w:rFonts w:ascii="NanumBarunGothic" w:hAnsi="NanumBarunGothic" w:eastAsia="NanumBarunGothic"/>
                <w:b w:val="0"/>
                <w:sz w:val="17"/>
              </w:rPr>
              <w:t>0 / 1 / 2</w:t>
            </w:r>
          </w:p>
        </w:tc>
      </w:tr>
      <w:tr>
        <w:trPr>
          <w:cantSplit/>
        </w:trPr>
        <w:tc>
          <w:tcPr>
            <w:tcW w:type="dxa" w:w="691"/>
            <w:tcMar>
              <w:top w:w="80" w:type="dxa"/>
              <w:start w:w="80" w:type="dxa"/>
              <w:bottom w:w="80" w:type="dxa"/>
              <w:end w:w="80" w:type="dxa"/>
            </w:tcMar>
            <w:vAlign w:val="top"/>
          </w:tcPr>
          <w:p>
            <w:pPr>
              <w:jc w:val="center"/>
            </w:pPr>
            <w:r/>
            <w:r>
              <w:rPr>
                <w:rFonts w:ascii="NanumBarunGothic" w:hAnsi="NanumBarunGothic" w:eastAsia="NanumBarunGothic"/>
                <w:b/>
                <w:sz w:val="16"/>
              </w:rPr>
              <w:t>7</w:t>
            </w:r>
          </w:p>
        </w:tc>
        <w:tc>
          <w:tcPr>
            <w:tcW w:type="dxa" w:w="4680"/>
            <w:tcMar>
              <w:top w:w="80" w:type="dxa"/>
              <w:start w:w="80" w:type="dxa"/>
              <w:bottom w:w="80" w:type="dxa"/>
              <w:end w:w="80" w:type="dxa"/>
            </w:tcMar>
            <w:vAlign w:val="top"/>
          </w:tcPr>
          <w:p>
            <w:r>
              <w:rPr>
                <w:b/>
                <w:color w:val="1F4E79"/>
              </w:rPr>
            </w:r>
            <w:r>
              <w:rPr>
                <w:rFonts w:ascii="NanumBarunGothic" w:hAnsi="NanumBarunGothic" w:eastAsia="NanumBarunGothic"/>
                <w:b w:val="0"/>
                <w:sz w:val="16"/>
              </w:rPr>
              <w:t>Novelty</w:t>
            </w:r>
            <w:r>
              <w:br/>
            </w:r>
            <w:r>
              <w:rPr>
                <w:rFonts w:ascii="NanumBarunGothic" w:hAnsi="NanumBarunGothic" w:eastAsia="NanumBarunGothic"/>
                <w:b w:val="0"/>
                <w:sz w:val="16"/>
              </w:rPr>
              <w:t>기존 연구에 아직 남아 있는 한계는 무엇인가?</w:t>
            </w:r>
          </w:p>
        </w:tc>
        <w:tc>
          <w:tcPr>
            <w:tcW w:type="dxa" w:w="8136"/>
            <w:tcMar>
              <w:top w:w="80" w:type="dxa"/>
              <w:start w:w="80" w:type="dxa"/>
              <w:bottom w:w="80" w:type="dxa"/>
              <w:end w:w="80" w:type="dxa"/>
            </w:tcMar>
            <w:vAlign w:val="top"/>
            <w:shd w:fill="F2F2F2"/>
          </w:tcPr>
          <w:p>
            <w:r/>
            <w:r>
              <w:rPr>
                <w:rFonts w:ascii="NanumBarunGothic" w:hAnsi="NanumBarunGothic" w:eastAsia="NanumBarunGothic"/>
                <w:b w:val="0"/>
                <w:color w:val="666666"/>
                <w:sz w:val="16"/>
              </w:rPr>
              <w:t>가정, 데이터셋, 환경, 비용, 정확도, 배포 가능성, robust성 등을 구체적으로 적는다.</w:t>
            </w:r>
          </w:p>
        </w:tc>
        <w:tc>
          <w:tcPr>
            <w:tcW w:type="dxa" w:w="1800"/>
            <w:tcMar>
              <w:top w:w="80" w:type="dxa"/>
              <w:start w:w="80" w:type="dxa"/>
              <w:bottom w:w="80" w:type="dxa"/>
              <w:end w:w="80" w:type="dxa"/>
            </w:tcMar>
            <w:vAlign w:val="top"/>
          </w:tcPr>
          <w:p>
            <w:pPr>
              <w:jc w:val="center"/>
            </w:pPr>
            <w:r/>
            <w:r>
              <w:rPr>
                <w:rFonts w:ascii="NanumBarunGothic" w:hAnsi="NanumBarunGothic" w:eastAsia="NanumBarunGothic"/>
                <w:b w:val="0"/>
                <w:sz w:val="17"/>
              </w:rPr>
              <w:t>0 / 1 / 2</w:t>
            </w:r>
          </w:p>
        </w:tc>
      </w:tr>
      <w:tr>
        <w:trPr>
          <w:cantSplit/>
        </w:trPr>
        <w:tc>
          <w:tcPr>
            <w:tcW w:type="dxa" w:w="691"/>
            <w:tcMar>
              <w:top w:w="80" w:type="dxa"/>
              <w:start w:w="80" w:type="dxa"/>
              <w:bottom w:w="80" w:type="dxa"/>
              <w:end w:w="80" w:type="dxa"/>
            </w:tcMar>
            <w:vAlign w:val="top"/>
          </w:tcPr>
          <w:p>
            <w:pPr>
              <w:jc w:val="center"/>
            </w:pPr>
            <w:r/>
            <w:r>
              <w:rPr>
                <w:rFonts w:ascii="NanumBarunGothic" w:hAnsi="NanumBarunGothic" w:eastAsia="NanumBarunGothic"/>
                <w:b/>
                <w:sz w:val="16"/>
              </w:rPr>
              <w:t>8</w:t>
            </w:r>
          </w:p>
        </w:tc>
        <w:tc>
          <w:tcPr>
            <w:tcW w:type="dxa" w:w="4680"/>
            <w:tcMar>
              <w:top w:w="80" w:type="dxa"/>
              <w:start w:w="80" w:type="dxa"/>
              <w:bottom w:w="80" w:type="dxa"/>
              <w:end w:w="80" w:type="dxa"/>
            </w:tcMar>
            <w:vAlign w:val="top"/>
          </w:tcPr>
          <w:p>
            <w:r>
              <w:rPr>
                <w:b/>
                <w:color w:val="1F4E79"/>
              </w:rPr>
            </w:r>
            <w:r>
              <w:rPr>
                <w:rFonts w:ascii="NanumBarunGothic" w:hAnsi="NanumBarunGothic" w:eastAsia="NanumBarunGothic"/>
                <w:b w:val="0"/>
                <w:sz w:val="16"/>
              </w:rPr>
              <w:t>Novelty</w:t>
            </w:r>
            <w:r>
              <w:br/>
            </w:r>
            <w:r>
              <w:rPr>
                <w:rFonts w:ascii="NanumBarunGothic" w:hAnsi="NanumBarunGothic" w:eastAsia="NanumBarunGothic"/>
                <w:b w:val="0"/>
                <w:sz w:val="16"/>
              </w:rPr>
              <w:t>내 아이디어는 무엇이 다른가?</w:t>
            </w:r>
          </w:p>
        </w:tc>
        <w:tc>
          <w:tcPr>
            <w:tcW w:type="dxa" w:w="8136"/>
            <w:tcMar>
              <w:top w:w="80" w:type="dxa"/>
              <w:start w:w="80" w:type="dxa"/>
              <w:bottom w:w="80" w:type="dxa"/>
              <w:end w:w="80" w:type="dxa"/>
            </w:tcMar>
            <w:vAlign w:val="top"/>
            <w:shd w:fill="F2F2F2"/>
          </w:tcPr>
          <w:p>
            <w:r/>
            <w:r>
              <w:rPr>
                <w:rFonts w:ascii="NanumBarunGothic" w:hAnsi="NanumBarunGothic" w:eastAsia="NanumBarunGothic"/>
                <w:b w:val="0"/>
                <w:color w:val="666666"/>
                <w:sz w:val="16"/>
              </w:rPr>
              <w:t>핵심 기술적 또는 개념적 차이를 적는다.</w:t>
            </w:r>
          </w:p>
        </w:tc>
        <w:tc>
          <w:tcPr>
            <w:tcW w:type="dxa" w:w="1800"/>
            <w:tcMar>
              <w:top w:w="80" w:type="dxa"/>
              <w:start w:w="80" w:type="dxa"/>
              <w:bottom w:w="80" w:type="dxa"/>
              <w:end w:w="80" w:type="dxa"/>
            </w:tcMar>
            <w:vAlign w:val="top"/>
          </w:tcPr>
          <w:p>
            <w:pPr>
              <w:jc w:val="center"/>
            </w:pPr>
            <w:r/>
            <w:r>
              <w:rPr>
                <w:rFonts w:ascii="NanumBarunGothic" w:hAnsi="NanumBarunGothic" w:eastAsia="NanumBarunGothic"/>
                <w:b w:val="0"/>
                <w:sz w:val="17"/>
              </w:rPr>
              <w:t>0 / 1 / 2</w:t>
            </w:r>
          </w:p>
        </w:tc>
      </w:tr>
      <w:tr>
        <w:trPr>
          <w:cantSplit/>
        </w:trPr>
        <w:tc>
          <w:tcPr>
            <w:tcW w:type="dxa" w:w="691"/>
            <w:tcMar>
              <w:top w:w="80" w:type="dxa"/>
              <w:start w:w="80" w:type="dxa"/>
              <w:bottom w:w="80" w:type="dxa"/>
              <w:end w:w="80" w:type="dxa"/>
            </w:tcMar>
            <w:vAlign w:val="top"/>
          </w:tcPr>
          <w:p>
            <w:pPr>
              <w:jc w:val="center"/>
            </w:pPr>
            <w:r/>
            <w:r>
              <w:rPr>
                <w:rFonts w:ascii="NanumBarunGothic" w:hAnsi="NanumBarunGothic" w:eastAsia="NanumBarunGothic"/>
                <w:b/>
                <w:sz w:val="16"/>
              </w:rPr>
              <w:t>9</w:t>
            </w:r>
          </w:p>
        </w:tc>
        <w:tc>
          <w:tcPr>
            <w:tcW w:type="dxa" w:w="4680"/>
            <w:tcMar>
              <w:top w:w="80" w:type="dxa"/>
              <w:start w:w="80" w:type="dxa"/>
              <w:bottom w:w="80" w:type="dxa"/>
              <w:end w:w="80" w:type="dxa"/>
            </w:tcMar>
            <w:vAlign w:val="top"/>
          </w:tcPr>
          <w:p>
            <w:r>
              <w:rPr>
                <w:b/>
                <w:color w:val="1F4E79"/>
              </w:rPr>
            </w:r>
            <w:r>
              <w:rPr>
                <w:rFonts w:ascii="NanumBarunGothic" w:hAnsi="NanumBarunGothic" w:eastAsia="NanumBarunGothic"/>
                <w:b w:val="0"/>
                <w:sz w:val="16"/>
              </w:rPr>
              <w:t>Novelty</w:t>
            </w:r>
            <w:r>
              <w:br/>
            </w:r>
            <w:r>
              <w:rPr>
                <w:rFonts w:ascii="NanumBarunGothic" w:hAnsi="NanumBarunGothic" w:eastAsia="NanumBarunGothic"/>
                <w:b w:val="0"/>
                <w:sz w:val="16"/>
              </w:rPr>
              <w:t>단순 조합이나 작은 개선이 아닌 이유는 무엇인가?</w:t>
            </w:r>
          </w:p>
        </w:tc>
        <w:tc>
          <w:tcPr>
            <w:tcW w:type="dxa" w:w="8136"/>
            <w:tcMar>
              <w:top w:w="80" w:type="dxa"/>
              <w:start w:w="80" w:type="dxa"/>
              <w:bottom w:w="80" w:type="dxa"/>
              <w:end w:w="80" w:type="dxa"/>
            </w:tcMar>
            <w:vAlign w:val="top"/>
            <w:shd w:fill="F2F2F2"/>
          </w:tcPr>
          <w:p>
            <w:r/>
            <w:r>
              <w:rPr>
                <w:rFonts w:ascii="NanumBarunGothic" w:hAnsi="NanumBarunGothic" w:eastAsia="NanumBarunGothic"/>
                <w:b w:val="0"/>
                <w:color w:val="666666"/>
                <w:sz w:val="16"/>
              </w:rPr>
              <w:t>능력, 적용 범위, 통찰, 배포 가능성을 어떻게 바꾸는지 설명한다.</w:t>
            </w:r>
          </w:p>
        </w:tc>
        <w:tc>
          <w:tcPr>
            <w:tcW w:type="dxa" w:w="1800"/>
            <w:tcMar>
              <w:top w:w="80" w:type="dxa"/>
              <w:start w:w="80" w:type="dxa"/>
              <w:bottom w:w="80" w:type="dxa"/>
              <w:end w:w="80" w:type="dxa"/>
            </w:tcMar>
            <w:vAlign w:val="top"/>
          </w:tcPr>
          <w:p>
            <w:pPr>
              <w:jc w:val="center"/>
            </w:pPr>
            <w:r/>
            <w:r>
              <w:rPr>
                <w:rFonts w:ascii="NanumBarunGothic" w:hAnsi="NanumBarunGothic" w:eastAsia="NanumBarunGothic"/>
                <w:b w:val="0"/>
                <w:sz w:val="17"/>
              </w:rPr>
              <w:t>0 / 1 / 2</w:t>
            </w:r>
          </w:p>
        </w:tc>
      </w:tr>
      <w:tr>
        <w:trPr>
          <w:cantSplit/>
        </w:trPr>
        <w:tc>
          <w:tcPr>
            <w:tcW w:type="dxa" w:w="691"/>
            <w:tcMar>
              <w:top w:w="80" w:type="dxa"/>
              <w:start w:w="80" w:type="dxa"/>
              <w:bottom w:w="80" w:type="dxa"/>
              <w:end w:w="80" w:type="dxa"/>
            </w:tcMar>
            <w:vAlign w:val="top"/>
          </w:tcPr>
          <w:p>
            <w:pPr>
              <w:jc w:val="center"/>
            </w:pPr>
            <w:r/>
            <w:r>
              <w:rPr>
                <w:rFonts w:ascii="NanumBarunGothic" w:hAnsi="NanumBarunGothic" w:eastAsia="NanumBarunGothic"/>
                <w:b/>
                <w:sz w:val="16"/>
              </w:rPr>
              <w:t>10</w:t>
            </w:r>
          </w:p>
        </w:tc>
        <w:tc>
          <w:tcPr>
            <w:tcW w:type="dxa" w:w="4680"/>
            <w:tcMar>
              <w:top w:w="80" w:type="dxa"/>
              <w:start w:w="80" w:type="dxa"/>
              <w:bottom w:w="80" w:type="dxa"/>
              <w:end w:w="80" w:type="dxa"/>
            </w:tcMar>
            <w:vAlign w:val="top"/>
          </w:tcPr>
          <w:p>
            <w:r>
              <w:rPr>
                <w:b/>
                <w:color w:val="1F4E79"/>
              </w:rPr>
            </w:r>
            <w:r>
              <w:rPr>
                <w:rFonts w:ascii="NanumBarunGothic" w:hAnsi="NanumBarunGothic" w:eastAsia="NanumBarunGothic"/>
                <w:b w:val="0"/>
                <w:sz w:val="16"/>
              </w:rPr>
              <w:t>실행</w:t>
            </w:r>
            <w:r>
              <w:br/>
            </w:r>
            <w:r>
              <w:rPr>
                <w:rFonts w:ascii="NanumBarunGothic" w:hAnsi="NanumBarunGothic" w:eastAsia="NanumBarunGothic"/>
                <w:b w:val="0"/>
                <w:sz w:val="16"/>
              </w:rPr>
              <w:t>무엇을 구현하거나 어떤 실험을 수행할 것인가?</w:t>
            </w:r>
          </w:p>
        </w:tc>
        <w:tc>
          <w:tcPr>
            <w:tcW w:type="dxa" w:w="8136"/>
            <w:tcMar>
              <w:top w:w="80" w:type="dxa"/>
              <w:start w:w="80" w:type="dxa"/>
              <w:bottom w:w="80" w:type="dxa"/>
              <w:end w:w="80" w:type="dxa"/>
            </w:tcMar>
            <w:vAlign w:val="top"/>
            <w:shd w:fill="F2F2F2"/>
          </w:tcPr>
          <w:p>
            <w:r/>
            <w:r>
              <w:rPr>
                <w:rFonts w:ascii="NanumBarunGothic" w:hAnsi="NanumBarunGothic" w:eastAsia="NanumBarunGothic"/>
                <w:b w:val="0"/>
                <w:color w:val="666666"/>
                <w:sz w:val="16"/>
              </w:rPr>
              <w:t>시스템 pipeline, 알고리즘 단계, 사용자 연구, 실험 절차를 설명한다.</w:t>
            </w:r>
          </w:p>
        </w:tc>
        <w:tc>
          <w:tcPr>
            <w:tcW w:type="dxa" w:w="1800"/>
            <w:tcMar>
              <w:top w:w="80" w:type="dxa"/>
              <w:start w:w="80" w:type="dxa"/>
              <w:bottom w:w="80" w:type="dxa"/>
              <w:end w:w="80" w:type="dxa"/>
            </w:tcMar>
            <w:vAlign w:val="top"/>
          </w:tcPr>
          <w:p>
            <w:pPr>
              <w:jc w:val="center"/>
            </w:pPr>
            <w:r/>
            <w:r>
              <w:rPr>
                <w:rFonts w:ascii="NanumBarunGothic" w:hAnsi="NanumBarunGothic" w:eastAsia="NanumBarunGothic"/>
                <w:b w:val="0"/>
                <w:sz w:val="17"/>
              </w:rPr>
              <w:t>0 / 1 / 2</w:t>
            </w:r>
          </w:p>
        </w:tc>
      </w:tr>
      <w:tr>
        <w:trPr>
          <w:cantSplit/>
        </w:trPr>
        <w:tc>
          <w:tcPr>
            <w:tcW w:type="dxa" w:w="691"/>
            <w:tcMar>
              <w:top w:w="80" w:type="dxa"/>
              <w:start w:w="80" w:type="dxa"/>
              <w:bottom w:w="80" w:type="dxa"/>
              <w:end w:w="80" w:type="dxa"/>
            </w:tcMar>
            <w:vAlign w:val="top"/>
          </w:tcPr>
          <w:p>
            <w:pPr>
              <w:jc w:val="center"/>
            </w:pPr>
            <w:r/>
            <w:r>
              <w:rPr>
                <w:rFonts w:ascii="NanumBarunGothic" w:hAnsi="NanumBarunGothic" w:eastAsia="NanumBarunGothic"/>
                <w:b/>
                <w:sz w:val="16"/>
              </w:rPr>
              <w:t>11</w:t>
            </w:r>
          </w:p>
        </w:tc>
        <w:tc>
          <w:tcPr>
            <w:tcW w:type="dxa" w:w="4680"/>
            <w:tcMar>
              <w:top w:w="80" w:type="dxa"/>
              <w:start w:w="80" w:type="dxa"/>
              <w:bottom w:w="80" w:type="dxa"/>
              <w:end w:w="80" w:type="dxa"/>
            </w:tcMar>
            <w:vAlign w:val="top"/>
          </w:tcPr>
          <w:p>
            <w:r>
              <w:rPr>
                <w:b/>
                <w:color w:val="1F4E79"/>
              </w:rPr>
            </w:r>
            <w:r>
              <w:rPr>
                <w:rFonts w:ascii="NanumBarunGothic" w:hAnsi="NanumBarunGothic" w:eastAsia="NanumBarunGothic"/>
                <w:b w:val="0"/>
                <w:sz w:val="16"/>
              </w:rPr>
              <w:t>실행</w:t>
            </w:r>
            <w:r>
              <w:br/>
            </w:r>
            <w:r>
              <w:rPr>
                <w:rFonts w:ascii="NanumBarunGothic" w:hAnsi="NanumBarunGothic" w:eastAsia="NanumBarunGothic"/>
                <w:b w:val="0"/>
                <w:sz w:val="16"/>
              </w:rPr>
              <w:t>이미 활용할 수 있는 기존 기술은 무엇인가?</w:t>
            </w:r>
          </w:p>
        </w:tc>
        <w:tc>
          <w:tcPr>
            <w:tcW w:type="dxa" w:w="8136"/>
            <w:tcMar>
              <w:top w:w="80" w:type="dxa"/>
              <w:start w:w="80" w:type="dxa"/>
              <w:bottom w:w="80" w:type="dxa"/>
              <w:end w:w="80" w:type="dxa"/>
            </w:tcMar>
            <w:vAlign w:val="top"/>
            <w:shd w:fill="F2F2F2"/>
          </w:tcPr>
          <w:p>
            <w:r/>
            <w:r>
              <w:rPr>
                <w:rFonts w:ascii="NanumBarunGothic" w:hAnsi="NanumBarunGothic" w:eastAsia="NanumBarunGothic"/>
                <w:b w:val="0"/>
                <w:color w:val="666666"/>
                <w:sz w:val="16"/>
              </w:rPr>
              <w:t>라이브러리, 데이터셋, 모델, 하드웨어, 프로토콜, 설문, 기존 인프라 등을 적는다.</w:t>
            </w:r>
          </w:p>
        </w:tc>
        <w:tc>
          <w:tcPr>
            <w:tcW w:type="dxa" w:w="1800"/>
            <w:tcMar>
              <w:top w:w="80" w:type="dxa"/>
              <w:start w:w="80" w:type="dxa"/>
              <w:bottom w:w="80" w:type="dxa"/>
              <w:end w:w="80" w:type="dxa"/>
            </w:tcMar>
            <w:vAlign w:val="top"/>
          </w:tcPr>
          <w:p>
            <w:pPr>
              <w:jc w:val="center"/>
            </w:pPr>
            <w:r/>
            <w:r>
              <w:rPr>
                <w:rFonts w:ascii="NanumBarunGothic" w:hAnsi="NanumBarunGothic" w:eastAsia="NanumBarunGothic"/>
                <w:b w:val="0"/>
                <w:sz w:val="17"/>
              </w:rPr>
              <w:t>0 / 1 / 2</w:t>
            </w:r>
          </w:p>
        </w:tc>
      </w:tr>
      <w:tr>
        <w:trPr>
          <w:cantSplit/>
        </w:trPr>
        <w:tc>
          <w:tcPr>
            <w:tcW w:type="dxa" w:w="691"/>
            <w:tcMar>
              <w:top w:w="80" w:type="dxa"/>
              <w:start w:w="80" w:type="dxa"/>
              <w:bottom w:w="80" w:type="dxa"/>
              <w:end w:w="80" w:type="dxa"/>
            </w:tcMar>
            <w:vAlign w:val="top"/>
          </w:tcPr>
          <w:p>
            <w:pPr>
              <w:jc w:val="center"/>
            </w:pPr>
            <w:r/>
            <w:r>
              <w:rPr>
                <w:rFonts w:ascii="NanumBarunGothic" w:hAnsi="NanumBarunGothic" w:eastAsia="NanumBarunGothic"/>
                <w:b/>
                <w:sz w:val="16"/>
              </w:rPr>
              <w:t>12</w:t>
            </w:r>
          </w:p>
        </w:tc>
        <w:tc>
          <w:tcPr>
            <w:tcW w:type="dxa" w:w="4680"/>
            <w:tcMar>
              <w:top w:w="80" w:type="dxa"/>
              <w:start w:w="80" w:type="dxa"/>
              <w:bottom w:w="80" w:type="dxa"/>
              <w:end w:w="80" w:type="dxa"/>
            </w:tcMar>
            <w:vAlign w:val="top"/>
          </w:tcPr>
          <w:p>
            <w:r>
              <w:rPr>
                <w:b/>
                <w:color w:val="1F4E79"/>
              </w:rPr>
            </w:r>
            <w:r>
              <w:rPr>
                <w:rFonts w:ascii="NanumBarunGothic" w:hAnsi="NanumBarunGothic" w:eastAsia="NanumBarunGothic"/>
                <w:b w:val="0"/>
                <w:sz w:val="16"/>
              </w:rPr>
              <w:t>실행</w:t>
            </w:r>
            <w:r>
              <w:br/>
            </w:r>
            <w:r>
              <w:rPr>
                <w:rFonts w:ascii="NanumBarunGothic" w:hAnsi="NanumBarunGothic" w:eastAsia="NanumBarunGothic"/>
                <w:b w:val="0"/>
                <w:sz w:val="16"/>
              </w:rPr>
              <w:t>새롭게 개발해야 하는 부분은 무엇인가?</w:t>
            </w:r>
          </w:p>
        </w:tc>
        <w:tc>
          <w:tcPr>
            <w:tcW w:type="dxa" w:w="8136"/>
            <w:tcMar>
              <w:top w:w="80" w:type="dxa"/>
              <w:start w:w="80" w:type="dxa"/>
              <w:bottom w:w="80" w:type="dxa"/>
              <w:end w:w="80" w:type="dxa"/>
            </w:tcMar>
            <w:vAlign w:val="top"/>
            <w:shd w:fill="F2F2F2"/>
          </w:tcPr>
          <w:p>
            <w:r/>
            <w:r>
              <w:rPr>
                <w:rFonts w:ascii="NanumBarunGothic" w:hAnsi="NanumBarunGothic" w:eastAsia="NanumBarunGothic"/>
                <w:b w:val="0"/>
                <w:color w:val="666666"/>
                <w:sz w:val="16"/>
              </w:rPr>
              <w:t>이 프로젝트를 연구 기여로 만드는 어려운 부분을 명확히 한다.</w:t>
            </w:r>
          </w:p>
        </w:tc>
        <w:tc>
          <w:tcPr>
            <w:tcW w:type="dxa" w:w="1800"/>
            <w:tcMar>
              <w:top w:w="80" w:type="dxa"/>
              <w:start w:w="80" w:type="dxa"/>
              <w:bottom w:w="80" w:type="dxa"/>
              <w:end w:w="80" w:type="dxa"/>
            </w:tcMar>
            <w:vAlign w:val="top"/>
          </w:tcPr>
          <w:p>
            <w:pPr>
              <w:jc w:val="center"/>
            </w:pPr>
            <w:r/>
            <w:r>
              <w:rPr>
                <w:rFonts w:ascii="NanumBarunGothic" w:hAnsi="NanumBarunGothic" w:eastAsia="NanumBarunGothic"/>
                <w:b w:val="0"/>
                <w:sz w:val="17"/>
              </w:rPr>
              <w:t>0 / 1 / 2</w:t>
            </w:r>
          </w:p>
        </w:tc>
      </w:tr>
      <w:tr>
        <w:trPr>
          <w:cantSplit/>
        </w:trPr>
        <w:tc>
          <w:tcPr>
            <w:tcW w:type="dxa" w:w="691"/>
            <w:tcMar>
              <w:top w:w="80" w:type="dxa"/>
              <w:start w:w="80" w:type="dxa"/>
              <w:bottom w:w="80" w:type="dxa"/>
              <w:end w:w="80" w:type="dxa"/>
            </w:tcMar>
            <w:vAlign w:val="top"/>
          </w:tcPr>
          <w:p>
            <w:pPr>
              <w:jc w:val="center"/>
            </w:pPr>
            <w:r/>
            <w:r>
              <w:rPr>
                <w:rFonts w:ascii="NanumBarunGothic" w:hAnsi="NanumBarunGothic" w:eastAsia="NanumBarunGothic"/>
                <w:b/>
                <w:sz w:val="16"/>
              </w:rPr>
              <w:t>13</w:t>
            </w:r>
          </w:p>
        </w:tc>
        <w:tc>
          <w:tcPr>
            <w:tcW w:type="dxa" w:w="4680"/>
            <w:tcMar>
              <w:top w:w="80" w:type="dxa"/>
              <w:start w:w="80" w:type="dxa"/>
              <w:bottom w:w="80" w:type="dxa"/>
              <w:end w:w="80" w:type="dxa"/>
            </w:tcMar>
            <w:vAlign w:val="top"/>
          </w:tcPr>
          <w:p>
            <w:r>
              <w:rPr>
                <w:b/>
                <w:color w:val="1F4E79"/>
              </w:rPr>
            </w:r>
            <w:r>
              <w:rPr>
                <w:rFonts w:ascii="NanumBarunGothic" w:hAnsi="NanumBarunGothic" w:eastAsia="NanumBarunGothic"/>
                <w:b w:val="0"/>
                <w:sz w:val="16"/>
              </w:rPr>
              <w:t>실행</w:t>
            </w:r>
            <w:r>
              <w:br/>
            </w:r>
            <w:r>
              <w:rPr>
                <w:rFonts w:ascii="NanumBarunGothic" w:hAnsi="NanumBarunGothic" w:eastAsia="NanumBarunGothic"/>
                <w:b w:val="0"/>
                <w:sz w:val="16"/>
              </w:rPr>
              <w:t>현재 자원으로 가능한 프로젝트인가?</w:t>
            </w:r>
          </w:p>
        </w:tc>
        <w:tc>
          <w:tcPr>
            <w:tcW w:type="dxa" w:w="8136"/>
            <w:tcMar>
              <w:top w:w="80" w:type="dxa"/>
              <w:start w:w="80" w:type="dxa"/>
              <w:bottom w:w="80" w:type="dxa"/>
              <w:end w:w="80" w:type="dxa"/>
            </w:tcMar>
            <w:vAlign w:val="top"/>
            <w:shd w:fill="F2F2F2"/>
          </w:tcPr>
          <w:p>
            <w:r/>
            <w:r>
              <w:rPr>
                <w:rFonts w:ascii="NanumBarunGothic" w:hAnsi="NanumBarunGothic" w:eastAsia="NanumBarunGothic"/>
                <w:b w:val="0"/>
                <w:color w:val="666666"/>
                <w:sz w:val="16"/>
              </w:rPr>
              <w:t>데이터, 장비, 참여자, 시간, 컴퓨팅 자원, 전문성, IRB 등의 위험을 적는다.</w:t>
            </w:r>
          </w:p>
        </w:tc>
        <w:tc>
          <w:tcPr>
            <w:tcW w:type="dxa" w:w="1800"/>
            <w:tcMar>
              <w:top w:w="80" w:type="dxa"/>
              <w:start w:w="80" w:type="dxa"/>
              <w:bottom w:w="80" w:type="dxa"/>
              <w:end w:w="80" w:type="dxa"/>
            </w:tcMar>
            <w:vAlign w:val="top"/>
          </w:tcPr>
          <w:p>
            <w:pPr>
              <w:jc w:val="center"/>
            </w:pPr>
            <w:r/>
            <w:r>
              <w:rPr>
                <w:rFonts w:ascii="NanumBarunGothic" w:hAnsi="NanumBarunGothic" w:eastAsia="NanumBarunGothic"/>
                <w:b w:val="0"/>
                <w:sz w:val="17"/>
              </w:rPr>
              <w:t>0 / 1 / 2</w:t>
            </w:r>
          </w:p>
        </w:tc>
      </w:tr>
      <w:tr>
        <w:trPr>
          <w:cantSplit/>
        </w:trPr>
        <w:tc>
          <w:tcPr>
            <w:tcW w:type="dxa" w:w="691"/>
            <w:tcMar>
              <w:top w:w="80" w:type="dxa"/>
              <w:start w:w="80" w:type="dxa"/>
              <w:bottom w:w="80" w:type="dxa"/>
              <w:end w:w="80" w:type="dxa"/>
            </w:tcMar>
            <w:vAlign w:val="top"/>
          </w:tcPr>
          <w:p>
            <w:pPr>
              <w:jc w:val="center"/>
            </w:pPr>
            <w:r/>
            <w:r>
              <w:rPr>
                <w:rFonts w:ascii="NanumBarunGothic" w:hAnsi="NanumBarunGothic" w:eastAsia="NanumBarunGothic"/>
                <w:b/>
                <w:sz w:val="16"/>
              </w:rPr>
              <w:t>14</w:t>
            </w:r>
          </w:p>
        </w:tc>
        <w:tc>
          <w:tcPr>
            <w:tcW w:type="dxa" w:w="4680"/>
            <w:tcMar>
              <w:top w:w="80" w:type="dxa"/>
              <w:start w:w="80" w:type="dxa"/>
              <w:bottom w:w="80" w:type="dxa"/>
              <w:end w:w="80" w:type="dxa"/>
            </w:tcMar>
            <w:vAlign w:val="top"/>
          </w:tcPr>
          <w:p>
            <w:r>
              <w:rPr>
                <w:b/>
                <w:color w:val="1F4E79"/>
              </w:rPr>
            </w:r>
            <w:r>
              <w:rPr>
                <w:rFonts w:ascii="NanumBarunGothic" w:hAnsi="NanumBarunGothic" w:eastAsia="NanumBarunGothic"/>
                <w:b w:val="0"/>
                <w:sz w:val="16"/>
              </w:rPr>
              <w:t>평가</w:t>
            </w:r>
            <w:r>
              <w:br/>
            </w:r>
            <w:r>
              <w:rPr>
                <w:rFonts w:ascii="NanumBarunGothic" w:hAnsi="NanumBarunGothic" w:eastAsia="NanumBarunGothic"/>
                <w:b w:val="0"/>
                <w:sz w:val="16"/>
              </w:rPr>
              <w:t>어떤 baseline과 비교할 것인가?</w:t>
            </w:r>
          </w:p>
        </w:tc>
        <w:tc>
          <w:tcPr>
            <w:tcW w:type="dxa" w:w="8136"/>
            <w:tcMar>
              <w:top w:w="80" w:type="dxa"/>
              <w:start w:w="80" w:type="dxa"/>
              <w:bottom w:w="80" w:type="dxa"/>
              <w:end w:w="80" w:type="dxa"/>
            </w:tcMar>
            <w:vAlign w:val="top"/>
            <w:shd w:fill="F2F2F2"/>
          </w:tcPr>
          <w:p>
            <w:r/>
            <w:r>
              <w:rPr>
                <w:rFonts w:ascii="NanumBarunGothic" w:hAnsi="NanumBarunGothic" w:eastAsia="NanumBarunGothic"/>
                <w:b w:val="0"/>
                <w:color w:val="666666"/>
                <w:sz w:val="16"/>
              </w:rPr>
              <w:t>명백한 baseline, 강한 baseline, 최근 baseline, 단순 baseline을 포함한다.</w:t>
            </w:r>
          </w:p>
        </w:tc>
        <w:tc>
          <w:tcPr>
            <w:tcW w:type="dxa" w:w="1800"/>
            <w:tcMar>
              <w:top w:w="80" w:type="dxa"/>
              <w:start w:w="80" w:type="dxa"/>
              <w:bottom w:w="80" w:type="dxa"/>
              <w:end w:w="80" w:type="dxa"/>
            </w:tcMar>
            <w:vAlign w:val="top"/>
          </w:tcPr>
          <w:p>
            <w:pPr>
              <w:jc w:val="center"/>
            </w:pPr>
            <w:r/>
            <w:r>
              <w:rPr>
                <w:rFonts w:ascii="NanumBarunGothic" w:hAnsi="NanumBarunGothic" w:eastAsia="NanumBarunGothic"/>
                <w:b w:val="0"/>
                <w:sz w:val="17"/>
              </w:rPr>
              <w:t>0 / 1 / 2</w:t>
            </w:r>
          </w:p>
        </w:tc>
      </w:tr>
      <w:tr>
        <w:trPr>
          <w:cantSplit/>
        </w:trPr>
        <w:tc>
          <w:tcPr>
            <w:tcW w:type="dxa" w:w="691"/>
            <w:tcMar>
              <w:top w:w="80" w:type="dxa"/>
              <w:start w:w="80" w:type="dxa"/>
              <w:bottom w:w="80" w:type="dxa"/>
              <w:end w:w="80" w:type="dxa"/>
            </w:tcMar>
            <w:vAlign w:val="top"/>
          </w:tcPr>
          <w:p>
            <w:pPr>
              <w:jc w:val="center"/>
            </w:pPr>
            <w:r/>
            <w:r>
              <w:rPr>
                <w:rFonts w:ascii="NanumBarunGothic" w:hAnsi="NanumBarunGothic" w:eastAsia="NanumBarunGothic"/>
                <w:b/>
                <w:sz w:val="16"/>
              </w:rPr>
              <w:t>15</w:t>
            </w:r>
          </w:p>
        </w:tc>
        <w:tc>
          <w:tcPr>
            <w:tcW w:type="dxa" w:w="4680"/>
            <w:tcMar>
              <w:top w:w="80" w:type="dxa"/>
              <w:start w:w="80" w:type="dxa"/>
              <w:bottom w:w="80" w:type="dxa"/>
              <w:end w:w="80" w:type="dxa"/>
            </w:tcMar>
            <w:vAlign w:val="top"/>
          </w:tcPr>
          <w:p>
            <w:r>
              <w:rPr>
                <w:b/>
                <w:color w:val="1F4E79"/>
              </w:rPr>
            </w:r>
            <w:r>
              <w:rPr>
                <w:rFonts w:ascii="NanumBarunGothic" w:hAnsi="NanumBarunGothic" w:eastAsia="NanumBarunGothic"/>
                <w:b w:val="0"/>
                <w:sz w:val="16"/>
              </w:rPr>
              <w:t>평가</w:t>
            </w:r>
            <w:r>
              <w:br/>
            </w:r>
            <w:r>
              <w:rPr>
                <w:rFonts w:ascii="NanumBarunGothic" w:hAnsi="NanumBarunGothic" w:eastAsia="NanumBarunGothic"/>
                <w:b w:val="0"/>
                <w:sz w:val="16"/>
              </w:rPr>
              <w:t>어떤 metric을 사용할 것인가?</w:t>
            </w:r>
          </w:p>
        </w:tc>
        <w:tc>
          <w:tcPr>
            <w:tcW w:type="dxa" w:w="8136"/>
            <w:tcMar>
              <w:top w:w="80" w:type="dxa"/>
              <w:start w:w="80" w:type="dxa"/>
              <w:bottom w:w="80" w:type="dxa"/>
              <w:end w:w="80" w:type="dxa"/>
            </w:tcMar>
            <w:vAlign w:val="top"/>
            <w:shd w:fill="F2F2F2"/>
          </w:tcPr>
          <w:p>
            <w:r/>
            <w:r>
              <w:rPr>
                <w:rFonts w:ascii="NanumBarunGothic" w:hAnsi="NanumBarunGothic" w:eastAsia="NanumBarunGothic"/>
                <w:b w:val="0"/>
                <w:color w:val="666666"/>
                <w:sz w:val="16"/>
              </w:rPr>
              <w:t>정확도, 지연시간, 에너지, 사용성, robust성, 프라이버시 등 무엇이 개선인지 정의한다.</w:t>
            </w:r>
          </w:p>
        </w:tc>
        <w:tc>
          <w:tcPr>
            <w:tcW w:type="dxa" w:w="1800"/>
            <w:tcMar>
              <w:top w:w="80" w:type="dxa"/>
              <w:start w:w="80" w:type="dxa"/>
              <w:bottom w:w="80" w:type="dxa"/>
              <w:end w:w="80" w:type="dxa"/>
            </w:tcMar>
            <w:vAlign w:val="top"/>
          </w:tcPr>
          <w:p>
            <w:pPr>
              <w:jc w:val="center"/>
            </w:pPr>
            <w:r/>
            <w:r>
              <w:rPr>
                <w:rFonts w:ascii="NanumBarunGothic" w:hAnsi="NanumBarunGothic" w:eastAsia="NanumBarunGothic"/>
                <w:b w:val="0"/>
                <w:sz w:val="17"/>
              </w:rPr>
              <w:t>0 / 1 / 2</w:t>
            </w:r>
          </w:p>
        </w:tc>
      </w:tr>
      <w:tr>
        <w:trPr>
          <w:cantSplit/>
        </w:trPr>
        <w:tc>
          <w:tcPr>
            <w:tcW w:type="dxa" w:w="691"/>
            <w:tcMar>
              <w:top w:w="80" w:type="dxa"/>
              <w:start w:w="80" w:type="dxa"/>
              <w:bottom w:w="80" w:type="dxa"/>
              <w:end w:w="80" w:type="dxa"/>
            </w:tcMar>
            <w:vAlign w:val="top"/>
          </w:tcPr>
          <w:p>
            <w:pPr>
              <w:jc w:val="center"/>
            </w:pPr>
            <w:r/>
            <w:r>
              <w:rPr>
                <w:rFonts w:ascii="NanumBarunGothic" w:hAnsi="NanumBarunGothic" w:eastAsia="NanumBarunGothic"/>
                <w:b/>
                <w:sz w:val="16"/>
              </w:rPr>
              <w:t>16</w:t>
            </w:r>
          </w:p>
        </w:tc>
        <w:tc>
          <w:tcPr>
            <w:tcW w:type="dxa" w:w="4680"/>
            <w:tcMar>
              <w:top w:w="80" w:type="dxa"/>
              <w:start w:w="80" w:type="dxa"/>
              <w:bottom w:w="80" w:type="dxa"/>
              <w:end w:w="80" w:type="dxa"/>
            </w:tcMar>
            <w:vAlign w:val="top"/>
          </w:tcPr>
          <w:p>
            <w:r>
              <w:rPr>
                <w:b/>
                <w:color w:val="1F4E79"/>
              </w:rPr>
            </w:r>
            <w:r>
              <w:rPr>
                <w:rFonts w:ascii="NanumBarunGothic" w:hAnsi="NanumBarunGothic" w:eastAsia="NanumBarunGothic"/>
                <w:b w:val="0"/>
                <w:sz w:val="16"/>
              </w:rPr>
              <w:t>평가</w:t>
            </w:r>
            <w:r>
              <w:br/>
            </w:r>
            <w:r>
              <w:rPr>
                <w:rFonts w:ascii="NanumBarunGothic" w:hAnsi="NanumBarunGothic" w:eastAsia="NanumBarunGothic"/>
                <w:b w:val="0"/>
                <w:sz w:val="16"/>
              </w:rPr>
              <w:t>어떤 조건에서 테스트해야 하는가?</w:t>
            </w:r>
          </w:p>
        </w:tc>
        <w:tc>
          <w:tcPr>
            <w:tcW w:type="dxa" w:w="8136"/>
            <w:tcMar>
              <w:top w:w="80" w:type="dxa"/>
              <w:start w:w="80" w:type="dxa"/>
              <w:bottom w:w="80" w:type="dxa"/>
              <w:end w:w="80" w:type="dxa"/>
            </w:tcMar>
            <w:vAlign w:val="top"/>
            <w:shd w:fill="F2F2F2"/>
          </w:tcPr>
          <w:p>
            <w:r/>
            <w:r>
              <w:rPr>
                <w:rFonts w:ascii="NanumBarunGothic" w:hAnsi="NanumBarunGothic" w:eastAsia="NanumBarunGothic"/>
                <w:b w:val="0"/>
                <w:color w:val="666666"/>
                <w:sz w:val="16"/>
              </w:rPr>
              <w:t>시나리오, 데이터셋, 사용자, 장비, 환경, 공격 설정, stress case를 적는다.</w:t>
            </w:r>
          </w:p>
        </w:tc>
        <w:tc>
          <w:tcPr>
            <w:tcW w:type="dxa" w:w="1800"/>
            <w:tcMar>
              <w:top w:w="80" w:type="dxa"/>
              <w:start w:w="80" w:type="dxa"/>
              <w:bottom w:w="80" w:type="dxa"/>
              <w:end w:w="80" w:type="dxa"/>
            </w:tcMar>
            <w:vAlign w:val="top"/>
          </w:tcPr>
          <w:p>
            <w:pPr>
              <w:jc w:val="center"/>
            </w:pPr>
            <w:r/>
            <w:r>
              <w:rPr>
                <w:rFonts w:ascii="NanumBarunGothic" w:hAnsi="NanumBarunGothic" w:eastAsia="NanumBarunGothic"/>
                <w:b w:val="0"/>
                <w:sz w:val="17"/>
              </w:rPr>
              <w:t>0 / 1 / 2</w:t>
            </w:r>
          </w:p>
        </w:tc>
      </w:tr>
      <w:tr>
        <w:trPr>
          <w:cantSplit/>
        </w:trPr>
        <w:tc>
          <w:tcPr>
            <w:tcW w:type="dxa" w:w="691"/>
            <w:tcMar>
              <w:top w:w="80" w:type="dxa"/>
              <w:start w:w="80" w:type="dxa"/>
              <w:bottom w:w="80" w:type="dxa"/>
              <w:end w:w="80" w:type="dxa"/>
            </w:tcMar>
            <w:vAlign w:val="top"/>
          </w:tcPr>
          <w:p>
            <w:pPr>
              <w:jc w:val="center"/>
            </w:pPr>
            <w:r/>
            <w:r>
              <w:rPr>
                <w:rFonts w:ascii="NanumBarunGothic" w:hAnsi="NanumBarunGothic" w:eastAsia="NanumBarunGothic"/>
                <w:b/>
                <w:sz w:val="16"/>
              </w:rPr>
              <w:t>17</w:t>
            </w:r>
          </w:p>
        </w:tc>
        <w:tc>
          <w:tcPr>
            <w:tcW w:type="dxa" w:w="4680"/>
            <w:tcMar>
              <w:top w:w="80" w:type="dxa"/>
              <w:start w:w="80" w:type="dxa"/>
              <w:bottom w:w="80" w:type="dxa"/>
              <w:end w:w="80" w:type="dxa"/>
            </w:tcMar>
            <w:vAlign w:val="top"/>
          </w:tcPr>
          <w:p>
            <w:r>
              <w:rPr>
                <w:b/>
                <w:color w:val="1F4E79"/>
              </w:rPr>
            </w:r>
            <w:r>
              <w:rPr>
                <w:rFonts w:ascii="NanumBarunGothic" w:hAnsi="NanumBarunGothic" w:eastAsia="NanumBarunGothic"/>
                <w:b w:val="0"/>
                <w:sz w:val="16"/>
              </w:rPr>
              <w:t>평가</w:t>
            </w:r>
            <w:r>
              <w:br/>
            </w:r>
            <w:r>
              <w:rPr>
                <w:rFonts w:ascii="NanumBarunGothic" w:hAnsi="NanumBarunGothic" w:eastAsia="NanumBarunGothic"/>
                <w:b w:val="0"/>
                <w:sz w:val="16"/>
              </w:rPr>
              <w:t>평가가 공정하다는 것을 어떻게 보일 것인가?</w:t>
            </w:r>
          </w:p>
        </w:tc>
        <w:tc>
          <w:tcPr>
            <w:tcW w:type="dxa" w:w="8136"/>
            <w:tcMar>
              <w:top w:w="80" w:type="dxa"/>
              <w:start w:w="80" w:type="dxa"/>
              <w:bottom w:w="80" w:type="dxa"/>
              <w:end w:w="80" w:type="dxa"/>
            </w:tcMar>
            <w:vAlign w:val="top"/>
            <w:shd w:fill="F2F2F2"/>
          </w:tcPr>
          <w:p>
            <w:r/>
            <w:r>
              <w:rPr>
                <w:rFonts w:ascii="NanumBarunGothic" w:hAnsi="NanumBarunGothic" w:eastAsia="NanumBarunGothic"/>
                <w:b w:val="0"/>
                <w:color w:val="666666"/>
                <w:sz w:val="16"/>
              </w:rPr>
              <w:t>task, metric, parameter 선택, 참여자 선택, negative case를 정당화한다.</w:t>
            </w:r>
          </w:p>
        </w:tc>
        <w:tc>
          <w:tcPr>
            <w:tcW w:type="dxa" w:w="1800"/>
            <w:tcMar>
              <w:top w:w="80" w:type="dxa"/>
              <w:start w:w="80" w:type="dxa"/>
              <w:bottom w:w="80" w:type="dxa"/>
              <w:end w:w="80" w:type="dxa"/>
            </w:tcMar>
            <w:vAlign w:val="top"/>
          </w:tcPr>
          <w:p>
            <w:pPr>
              <w:jc w:val="center"/>
            </w:pPr>
            <w:r/>
            <w:r>
              <w:rPr>
                <w:rFonts w:ascii="NanumBarunGothic" w:hAnsi="NanumBarunGothic" w:eastAsia="NanumBarunGothic"/>
                <w:b w:val="0"/>
                <w:sz w:val="17"/>
              </w:rPr>
              <w:t>0 / 1 / 2</w:t>
            </w:r>
          </w:p>
        </w:tc>
      </w:tr>
      <w:tr>
        <w:trPr>
          <w:cantSplit/>
        </w:trPr>
        <w:tc>
          <w:tcPr>
            <w:tcW w:type="dxa" w:w="691"/>
            <w:tcMar>
              <w:top w:w="80" w:type="dxa"/>
              <w:start w:w="80" w:type="dxa"/>
              <w:bottom w:w="80" w:type="dxa"/>
              <w:end w:w="80" w:type="dxa"/>
            </w:tcMar>
            <w:vAlign w:val="top"/>
          </w:tcPr>
          <w:p>
            <w:pPr>
              <w:jc w:val="center"/>
            </w:pPr>
            <w:r/>
            <w:r>
              <w:rPr>
                <w:rFonts w:ascii="NanumBarunGothic" w:hAnsi="NanumBarunGothic" w:eastAsia="NanumBarunGothic"/>
                <w:b/>
                <w:sz w:val="16"/>
              </w:rPr>
              <w:t>18</w:t>
            </w:r>
          </w:p>
        </w:tc>
        <w:tc>
          <w:tcPr>
            <w:tcW w:type="dxa" w:w="4680"/>
            <w:tcMar>
              <w:top w:w="80" w:type="dxa"/>
              <w:start w:w="80" w:type="dxa"/>
              <w:bottom w:w="80" w:type="dxa"/>
              <w:end w:w="80" w:type="dxa"/>
            </w:tcMar>
            <w:vAlign w:val="top"/>
          </w:tcPr>
          <w:p>
            <w:r>
              <w:rPr>
                <w:b/>
                <w:color w:val="1F4E79"/>
              </w:rPr>
            </w:r>
            <w:r>
              <w:rPr>
                <w:rFonts w:ascii="NanumBarunGothic" w:hAnsi="NanumBarunGothic" w:eastAsia="NanumBarunGothic"/>
                <w:b w:val="0"/>
                <w:sz w:val="16"/>
              </w:rPr>
              <w:t>악마의 리뷰</w:t>
            </w:r>
            <w:r>
              <w:br/>
            </w:r>
            <w:r>
              <w:rPr>
                <w:rFonts w:ascii="NanumBarunGothic" w:hAnsi="NanumBarunGothic" w:eastAsia="NanumBarunGothic"/>
                <w:b w:val="0"/>
                <w:sz w:val="16"/>
              </w:rPr>
              <w:t>“이거 toy problem 아닌가?”에 어떻게 답할 것인가?</w:t>
            </w:r>
          </w:p>
        </w:tc>
        <w:tc>
          <w:tcPr>
            <w:tcW w:type="dxa" w:w="8136"/>
            <w:tcMar>
              <w:top w:w="80" w:type="dxa"/>
              <w:start w:w="80" w:type="dxa"/>
              <w:bottom w:w="80" w:type="dxa"/>
              <w:end w:w="80" w:type="dxa"/>
            </w:tcMar>
            <w:vAlign w:val="top"/>
            <w:shd w:fill="F2F2F2"/>
          </w:tcPr>
          <w:p>
            <w:r/>
            <w:r>
              <w:rPr>
                <w:rFonts w:ascii="NanumBarunGothic" w:hAnsi="NanumBarunGothic" w:eastAsia="NanumBarunGothic"/>
                <w:b w:val="0"/>
                <w:color w:val="666666"/>
                <w:sz w:val="16"/>
              </w:rPr>
              <w:t>실제 relevance와 실제로 누가 쓸지 또는 누가 신경 쓸지를 설명한다.</w:t>
            </w:r>
          </w:p>
        </w:tc>
        <w:tc>
          <w:tcPr>
            <w:tcW w:type="dxa" w:w="1800"/>
            <w:tcMar>
              <w:top w:w="80" w:type="dxa"/>
              <w:start w:w="80" w:type="dxa"/>
              <w:bottom w:w="80" w:type="dxa"/>
              <w:end w:w="80" w:type="dxa"/>
            </w:tcMar>
            <w:vAlign w:val="top"/>
          </w:tcPr>
          <w:p>
            <w:pPr>
              <w:jc w:val="center"/>
            </w:pPr>
            <w:r/>
            <w:r>
              <w:rPr>
                <w:rFonts w:ascii="NanumBarunGothic" w:hAnsi="NanumBarunGothic" w:eastAsia="NanumBarunGothic"/>
                <w:b w:val="0"/>
                <w:sz w:val="17"/>
              </w:rPr>
              <w:t>0 / 1 / 2</w:t>
            </w:r>
          </w:p>
        </w:tc>
      </w:tr>
      <w:tr>
        <w:trPr>
          <w:cantSplit/>
        </w:trPr>
        <w:tc>
          <w:tcPr>
            <w:tcW w:type="dxa" w:w="691"/>
            <w:tcMar>
              <w:top w:w="80" w:type="dxa"/>
              <w:start w:w="80" w:type="dxa"/>
              <w:bottom w:w="80" w:type="dxa"/>
              <w:end w:w="80" w:type="dxa"/>
            </w:tcMar>
            <w:vAlign w:val="top"/>
          </w:tcPr>
          <w:p>
            <w:pPr>
              <w:jc w:val="center"/>
            </w:pPr>
            <w:r/>
            <w:r>
              <w:rPr>
                <w:rFonts w:ascii="NanumBarunGothic" w:hAnsi="NanumBarunGothic" w:eastAsia="NanumBarunGothic"/>
                <w:b/>
                <w:sz w:val="16"/>
              </w:rPr>
              <w:t>19</w:t>
            </w:r>
          </w:p>
        </w:tc>
        <w:tc>
          <w:tcPr>
            <w:tcW w:type="dxa" w:w="4680"/>
            <w:tcMar>
              <w:top w:w="80" w:type="dxa"/>
              <w:start w:w="80" w:type="dxa"/>
              <w:bottom w:w="80" w:type="dxa"/>
              <w:end w:w="80" w:type="dxa"/>
            </w:tcMar>
            <w:vAlign w:val="top"/>
          </w:tcPr>
          <w:p>
            <w:r>
              <w:rPr>
                <w:b/>
                <w:color w:val="1F4E79"/>
              </w:rPr>
            </w:r>
            <w:r>
              <w:rPr>
                <w:rFonts w:ascii="NanumBarunGothic" w:hAnsi="NanumBarunGothic" w:eastAsia="NanumBarunGothic"/>
                <w:b w:val="0"/>
                <w:sz w:val="16"/>
              </w:rPr>
              <w:t>악마의 리뷰</w:t>
            </w:r>
            <w:r>
              <w:br/>
            </w:r>
            <w:r>
              <w:rPr>
                <w:rFonts w:ascii="NanumBarunGothic" w:hAnsi="NanumBarunGothic" w:eastAsia="NanumBarunGothic"/>
                <w:b w:val="0"/>
                <w:sz w:val="16"/>
              </w:rPr>
              <w:t>“novelty가 너무 작지 않은가?”에 어떻게 답할 것인가?</w:t>
            </w:r>
          </w:p>
        </w:tc>
        <w:tc>
          <w:tcPr>
            <w:tcW w:type="dxa" w:w="8136"/>
            <w:tcMar>
              <w:top w:w="80" w:type="dxa"/>
              <w:start w:w="80" w:type="dxa"/>
              <w:bottom w:w="80" w:type="dxa"/>
              <w:end w:w="80" w:type="dxa"/>
            </w:tcMar>
            <w:vAlign w:val="top"/>
            <w:shd w:fill="F2F2F2"/>
          </w:tcPr>
          <w:p>
            <w:r/>
            <w:r>
              <w:rPr>
                <w:rFonts w:ascii="NanumBarunGothic" w:hAnsi="NanumBarunGothic" w:eastAsia="NanumBarunGothic"/>
                <w:b w:val="0"/>
                <w:color w:val="666666"/>
                <w:sz w:val="16"/>
              </w:rPr>
              <w:t>가장 가까운 연구와 비교해서 의미 있는 차이를 설명한다.</w:t>
            </w:r>
          </w:p>
        </w:tc>
        <w:tc>
          <w:tcPr>
            <w:tcW w:type="dxa" w:w="1800"/>
            <w:tcMar>
              <w:top w:w="80" w:type="dxa"/>
              <w:start w:w="80" w:type="dxa"/>
              <w:bottom w:w="80" w:type="dxa"/>
              <w:end w:w="80" w:type="dxa"/>
            </w:tcMar>
            <w:vAlign w:val="top"/>
          </w:tcPr>
          <w:p>
            <w:pPr>
              <w:jc w:val="center"/>
            </w:pPr>
            <w:r/>
            <w:r>
              <w:rPr>
                <w:rFonts w:ascii="NanumBarunGothic" w:hAnsi="NanumBarunGothic" w:eastAsia="NanumBarunGothic"/>
                <w:b w:val="0"/>
                <w:sz w:val="17"/>
              </w:rPr>
              <w:t>0 / 1 / 2</w:t>
            </w:r>
          </w:p>
        </w:tc>
      </w:tr>
      <w:tr>
        <w:trPr>
          <w:cantSplit/>
        </w:trPr>
        <w:tc>
          <w:tcPr>
            <w:tcW w:type="dxa" w:w="691"/>
            <w:tcMar>
              <w:top w:w="80" w:type="dxa"/>
              <w:start w:w="80" w:type="dxa"/>
              <w:bottom w:w="80" w:type="dxa"/>
              <w:end w:w="80" w:type="dxa"/>
            </w:tcMar>
            <w:vAlign w:val="top"/>
          </w:tcPr>
          <w:p>
            <w:pPr>
              <w:jc w:val="center"/>
            </w:pPr>
            <w:r/>
            <w:r>
              <w:rPr>
                <w:rFonts w:ascii="NanumBarunGothic" w:hAnsi="NanumBarunGothic" w:eastAsia="NanumBarunGothic"/>
                <w:b/>
                <w:sz w:val="16"/>
              </w:rPr>
              <w:t>20</w:t>
            </w:r>
          </w:p>
        </w:tc>
        <w:tc>
          <w:tcPr>
            <w:tcW w:type="dxa" w:w="4680"/>
            <w:tcMar>
              <w:top w:w="80" w:type="dxa"/>
              <w:start w:w="80" w:type="dxa"/>
              <w:bottom w:w="80" w:type="dxa"/>
              <w:end w:w="80" w:type="dxa"/>
            </w:tcMar>
            <w:vAlign w:val="top"/>
          </w:tcPr>
          <w:p>
            <w:r>
              <w:rPr>
                <w:b/>
                <w:color w:val="1F4E79"/>
              </w:rPr>
            </w:r>
            <w:r>
              <w:rPr>
                <w:rFonts w:ascii="NanumBarunGothic" w:hAnsi="NanumBarunGothic" w:eastAsia="NanumBarunGothic"/>
                <w:b w:val="0"/>
                <w:sz w:val="16"/>
              </w:rPr>
              <w:t>악마의 리뷰</w:t>
            </w:r>
            <w:r>
              <w:br/>
            </w:r>
            <w:r>
              <w:rPr>
                <w:rFonts w:ascii="NanumBarunGothic" w:hAnsi="NanumBarunGothic" w:eastAsia="NanumBarunGothic"/>
                <w:b w:val="0"/>
                <w:sz w:val="16"/>
              </w:rPr>
              <w:t>“중요한 related work를 놓친 것 아닌가?”에 어떻게 답할 것인가?</w:t>
            </w:r>
          </w:p>
        </w:tc>
        <w:tc>
          <w:tcPr>
            <w:tcW w:type="dxa" w:w="8136"/>
            <w:tcMar>
              <w:top w:w="80" w:type="dxa"/>
              <w:start w:w="80" w:type="dxa"/>
              <w:bottom w:w="80" w:type="dxa"/>
              <w:end w:w="80" w:type="dxa"/>
            </w:tcMar>
            <w:vAlign w:val="top"/>
            <w:shd w:fill="F2F2F2"/>
          </w:tcPr>
          <w:p>
            <w:r/>
            <w:r>
              <w:rPr>
                <w:rFonts w:ascii="NanumBarunGothic" w:hAnsi="NanumBarunGothic" w:eastAsia="NanumBarunGothic"/>
                <w:b w:val="0"/>
                <w:color w:val="666666"/>
                <w:sz w:val="16"/>
              </w:rPr>
              <w:t>확인해야 할 저자, 시스템, 데이터셋, 학회, 키워드를 적는다.</w:t>
            </w:r>
          </w:p>
        </w:tc>
        <w:tc>
          <w:tcPr>
            <w:tcW w:type="dxa" w:w="1800"/>
            <w:tcMar>
              <w:top w:w="80" w:type="dxa"/>
              <w:start w:w="80" w:type="dxa"/>
              <w:bottom w:w="80" w:type="dxa"/>
              <w:end w:w="80" w:type="dxa"/>
            </w:tcMar>
            <w:vAlign w:val="top"/>
          </w:tcPr>
          <w:p>
            <w:pPr>
              <w:jc w:val="center"/>
            </w:pPr>
            <w:r/>
            <w:r>
              <w:rPr>
                <w:rFonts w:ascii="NanumBarunGothic" w:hAnsi="NanumBarunGothic" w:eastAsia="NanumBarunGothic"/>
                <w:b w:val="0"/>
                <w:sz w:val="17"/>
              </w:rPr>
              <w:t>0 / 1 / 2</w:t>
            </w:r>
          </w:p>
        </w:tc>
      </w:tr>
      <w:tr>
        <w:trPr>
          <w:cantSplit/>
        </w:trPr>
        <w:tc>
          <w:tcPr>
            <w:tcW w:type="dxa" w:w="691"/>
            <w:tcMar>
              <w:top w:w="80" w:type="dxa"/>
              <w:start w:w="80" w:type="dxa"/>
              <w:bottom w:w="80" w:type="dxa"/>
              <w:end w:w="80" w:type="dxa"/>
            </w:tcMar>
            <w:vAlign w:val="top"/>
          </w:tcPr>
          <w:p>
            <w:pPr>
              <w:jc w:val="center"/>
            </w:pPr>
            <w:r/>
            <w:r>
              <w:rPr>
                <w:rFonts w:ascii="NanumBarunGothic" w:hAnsi="NanumBarunGothic" w:eastAsia="NanumBarunGothic"/>
                <w:b/>
                <w:sz w:val="16"/>
              </w:rPr>
              <w:t>21</w:t>
            </w:r>
          </w:p>
        </w:tc>
        <w:tc>
          <w:tcPr>
            <w:tcW w:type="dxa" w:w="4680"/>
            <w:tcMar>
              <w:top w:w="80" w:type="dxa"/>
              <w:start w:w="80" w:type="dxa"/>
              <w:bottom w:w="80" w:type="dxa"/>
              <w:end w:w="80" w:type="dxa"/>
            </w:tcMar>
            <w:vAlign w:val="top"/>
          </w:tcPr>
          <w:p>
            <w:r>
              <w:rPr>
                <w:b/>
                <w:color w:val="1F4E79"/>
              </w:rPr>
            </w:r>
            <w:r>
              <w:rPr>
                <w:rFonts w:ascii="NanumBarunGothic" w:hAnsi="NanumBarunGothic" w:eastAsia="NanumBarunGothic"/>
                <w:b w:val="0"/>
                <w:sz w:val="16"/>
              </w:rPr>
              <w:t>악마의 리뷰</w:t>
            </w:r>
            <w:r>
              <w:br/>
            </w:r>
            <w:r>
              <w:rPr>
                <w:rFonts w:ascii="NanumBarunGothic" w:hAnsi="NanumBarunGothic" w:eastAsia="NanumBarunGothic"/>
                <w:b w:val="0"/>
                <w:sz w:val="16"/>
              </w:rPr>
              <w:t>“실제 환경에서도 동작하는가?”에 어떻게 답할 것인가?</w:t>
            </w:r>
          </w:p>
        </w:tc>
        <w:tc>
          <w:tcPr>
            <w:tcW w:type="dxa" w:w="8136"/>
            <w:tcMar>
              <w:top w:w="80" w:type="dxa"/>
              <w:start w:w="80" w:type="dxa"/>
              <w:bottom w:w="80" w:type="dxa"/>
              <w:end w:w="80" w:type="dxa"/>
            </w:tcMar>
            <w:vAlign w:val="top"/>
            <w:shd w:fill="F2F2F2"/>
          </w:tcPr>
          <w:p>
            <w:r/>
            <w:r>
              <w:rPr>
                <w:rFonts w:ascii="NanumBarunGothic" w:hAnsi="NanumBarunGothic" w:eastAsia="NanumBarunGothic"/>
                <w:b w:val="0"/>
                <w:color w:val="666666"/>
                <w:sz w:val="16"/>
              </w:rPr>
              <w:t>배포 제약, 가정, 한계, 실패 사례를 논의한다.</w:t>
            </w:r>
          </w:p>
        </w:tc>
        <w:tc>
          <w:tcPr>
            <w:tcW w:type="dxa" w:w="1800"/>
            <w:tcMar>
              <w:top w:w="80" w:type="dxa"/>
              <w:start w:w="80" w:type="dxa"/>
              <w:bottom w:w="80" w:type="dxa"/>
              <w:end w:w="80" w:type="dxa"/>
            </w:tcMar>
            <w:vAlign w:val="top"/>
          </w:tcPr>
          <w:p>
            <w:pPr>
              <w:jc w:val="center"/>
            </w:pPr>
            <w:r/>
            <w:r>
              <w:rPr>
                <w:rFonts w:ascii="NanumBarunGothic" w:hAnsi="NanumBarunGothic" w:eastAsia="NanumBarunGothic"/>
                <w:b w:val="0"/>
                <w:sz w:val="17"/>
              </w:rPr>
              <w:t>0 / 1 / 2</w:t>
            </w:r>
          </w:p>
        </w:tc>
      </w:tr>
      <w:tr>
        <w:trPr>
          <w:cantSplit/>
        </w:trPr>
        <w:tc>
          <w:tcPr>
            <w:tcW w:type="dxa" w:w="691"/>
            <w:tcMar>
              <w:top w:w="80" w:type="dxa"/>
              <w:start w:w="80" w:type="dxa"/>
              <w:bottom w:w="80" w:type="dxa"/>
              <w:end w:w="80" w:type="dxa"/>
            </w:tcMar>
            <w:vAlign w:val="top"/>
          </w:tcPr>
          <w:p>
            <w:pPr>
              <w:jc w:val="center"/>
            </w:pPr>
            <w:r/>
            <w:r>
              <w:rPr>
                <w:rFonts w:ascii="NanumBarunGothic" w:hAnsi="NanumBarunGothic" w:eastAsia="NanumBarunGothic"/>
                <w:b/>
                <w:sz w:val="16"/>
              </w:rPr>
              <w:t>22</w:t>
            </w:r>
          </w:p>
        </w:tc>
        <w:tc>
          <w:tcPr>
            <w:tcW w:type="dxa" w:w="4680"/>
            <w:tcMar>
              <w:top w:w="80" w:type="dxa"/>
              <w:start w:w="80" w:type="dxa"/>
              <w:bottom w:w="80" w:type="dxa"/>
              <w:end w:w="80" w:type="dxa"/>
            </w:tcMar>
            <w:vAlign w:val="top"/>
          </w:tcPr>
          <w:p>
            <w:r>
              <w:rPr>
                <w:b/>
                <w:color w:val="1F4E79"/>
              </w:rPr>
            </w:r>
            <w:r>
              <w:rPr>
                <w:rFonts w:ascii="NanumBarunGothic" w:hAnsi="NanumBarunGothic" w:eastAsia="NanumBarunGothic"/>
                <w:b w:val="0"/>
                <w:sz w:val="16"/>
              </w:rPr>
              <w:t>계획</w:t>
            </w:r>
            <w:r>
              <w:br/>
            </w:r>
            <w:r>
              <w:rPr>
                <w:rFonts w:ascii="NanumBarunGothic" w:hAnsi="NanumBarunGothic" w:eastAsia="NanumBarunGothic"/>
                <w:b w:val="0"/>
                <w:sz w:val="16"/>
              </w:rPr>
              <w:t>주요 action item 5–7개는 무엇인가?</w:t>
            </w:r>
          </w:p>
        </w:tc>
        <w:tc>
          <w:tcPr>
            <w:tcW w:type="dxa" w:w="8136"/>
            <w:tcMar>
              <w:top w:w="80" w:type="dxa"/>
              <w:start w:w="80" w:type="dxa"/>
              <w:bottom w:w="80" w:type="dxa"/>
              <w:end w:w="80" w:type="dxa"/>
            </w:tcMar>
            <w:vAlign w:val="top"/>
            <w:shd w:fill="F2F2F2"/>
          </w:tcPr>
          <w:p>
            <w:r/>
            <w:r>
              <w:rPr>
                <w:rFonts w:ascii="NanumBarunGothic" w:hAnsi="NanumBarunGothic" w:eastAsia="NanumBarunGothic"/>
                <w:b w:val="0"/>
                <w:color w:val="666666"/>
                <w:sz w:val="16"/>
              </w:rPr>
              <w:t>각 task의 시작일과 종료일을 함께 적는다.</w:t>
            </w:r>
          </w:p>
        </w:tc>
        <w:tc>
          <w:tcPr>
            <w:tcW w:type="dxa" w:w="1800"/>
            <w:tcMar>
              <w:top w:w="80" w:type="dxa"/>
              <w:start w:w="80" w:type="dxa"/>
              <w:bottom w:w="80" w:type="dxa"/>
              <w:end w:w="80" w:type="dxa"/>
            </w:tcMar>
            <w:vAlign w:val="top"/>
          </w:tcPr>
          <w:p>
            <w:pPr>
              <w:jc w:val="center"/>
            </w:pPr>
            <w:r/>
            <w:r>
              <w:rPr>
                <w:rFonts w:ascii="NanumBarunGothic" w:hAnsi="NanumBarunGothic" w:eastAsia="NanumBarunGothic"/>
                <w:b w:val="0"/>
                <w:sz w:val="17"/>
              </w:rPr>
              <w:t>0 / 1 / 2</w:t>
            </w:r>
          </w:p>
        </w:tc>
      </w:tr>
      <w:tr>
        <w:trPr>
          <w:cantSplit/>
        </w:trPr>
        <w:tc>
          <w:tcPr>
            <w:tcW w:type="dxa" w:w="691"/>
            <w:tcMar>
              <w:top w:w="80" w:type="dxa"/>
              <w:start w:w="80" w:type="dxa"/>
              <w:bottom w:w="80" w:type="dxa"/>
              <w:end w:w="80" w:type="dxa"/>
            </w:tcMar>
            <w:vAlign w:val="top"/>
          </w:tcPr>
          <w:p>
            <w:pPr>
              <w:jc w:val="center"/>
            </w:pPr>
            <w:r/>
            <w:r>
              <w:rPr>
                <w:rFonts w:ascii="NanumBarunGothic" w:hAnsi="NanumBarunGothic" w:eastAsia="NanumBarunGothic"/>
                <w:b/>
                <w:sz w:val="16"/>
              </w:rPr>
              <w:t>23</w:t>
            </w:r>
          </w:p>
        </w:tc>
        <w:tc>
          <w:tcPr>
            <w:tcW w:type="dxa" w:w="4680"/>
            <w:tcMar>
              <w:top w:w="80" w:type="dxa"/>
              <w:start w:w="80" w:type="dxa"/>
              <w:bottom w:w="80" w:type="dxa"/>
              <w:end w:w="80" w:type="dxa"/>
            </w:tcMar>
            <w:vAlign w:val="top"/>
          </w:tcPr>
          <w:p>
            <w:r>
              <w:rPr>
                <w:b/>
                <w:color w:val="1F4E79"/>
              </w:rPr>
            </w:r>
            <w:r>
              <w:rPr>
                <w:rFonts w:ascii="NanumBarunGothic" w:hAnsi="NanumBarunGothic" w:eastAsia="NanumBarunGothic"/>
                <w:b w:val="0"/>
                <w:sz w:val="16"/>
              </w:rPr>
              <w:t>계획</w:t>
            </w:r>
            <w:r>
              <w:br/>
            </w:r>
            <w:r>
              <w:rPr>
                <w:rFonts w:ascii="NanumBarunGothic" w:hAnsi="NanumBarunGothic" w:eastAsia="NanumBarunGothic"/>
                <w:b w:val="0"/>
                <w:sz w:val="16"/>
              </w:rPr>
              <w:t>가장 큰 실행 위험은 무엇인가?</w:t>
            </w:r>
          </w:p>
        </w:tc>
        <w:tc>
          <w:tcPr>
            <w:tcW w:type="dxa" w:w="8136"/>
            <w:tcMar>
              <w:top w:w="80" w:type="dxa"/>
              <w:start w:w="80" w:type="dxa"/>
              <w:bottom w:w="80" w:type="dxa"/>
              <w:end w:w="80" w:type="dxa"/>
            </w:tcMar>
            <w:vAlign w:val="top"/>
            <w:shd w:fill="F2F2F2"/>
          </w:tcPr>
          <w:p>
            <w:r/>
            <w:r>
              <w:rPr>
                <w:rFonts w:ascii="NanumBarunGothic" w:hAnsi="NanumBarunGothic" w:eastAsia="NanumBarunGothic"/>
                <w:b w:val="0"/>
                <w:color w:val="666666"/>
                <w:sz w:val="16"/>
              </w:rPr>
              <w:t>실패하면 프로젝트가 무너질 수 있는 핵심 위험을 적는다.</w:t>
            </w:r>
          </w:p>
        </w:tc>
        <w:tc>
          <w:tcPr>
            <w:tcW w:type="dxa" w:w="1800"/>
            <w:tcMar>
              <w:top w:w="80" w:type="dxa"/>
              <w:start w:w="80" w:type="dxa"/>
              <w:bottom w:w="80" w:type="dxa"/>
              <w:end w:w="80" w:type="dxa"/>
            </w:tcMar>
            <w:vAlign w:val="top"/>
          </w:tcPr>
          <w:p>
            <w:pPr>
              <w:jc w:val="center"/>
            </w:pPr>
            <w:r/>
            <w:r>
              <w:rPr>
                <w:rFonts w:ascii="NanumBarunGothic" w:hAnsi="NanumBarunGothic" w:eastAsia="NanumBarunGothic"/>
                <w:b w:val="0"/>
                <w:sz w:val="17"/>
              </w:rPr>
              <w:t>0 / 1 / 2</w:t>
            </w:r>
          </w:p>
        </w:tc>
      </w:tr>
      <w:tr>
        <w:trPr>
          <w:cantSplit/>
        </w:trPr>
        <w:tc>
          <w:tcPr>
            <w:tcW w:type="dxa" w:w="691"/>
            <w:tcMar>
              <w:top w:w="80" w:type="dxa"/>
              <w:start w:w="80" w:type="dxa"/>
              <w:bottom w:w="80" w:type="dxa"/>
              <w:end w:w="80" w:type="dxa"/>
            </w:tcMar>
            <w:vAlign w:val="top"/>
          </w:tcPr>
          <w:p>
            <w:pPr>
              <w:jc w:val="center"/>
            </w:pPr>
            <w:r/>
            <w:r>
              <w:rPr>
                <w:rFonts w:ascii="NanumBarunGothic" w:hAnsi="NanumBarunGothic" w:eastAsia="NanumBarunGothic"/>
                <w:b/>
                <w:sz w:val="16"/>
              </w:rPr>
              <w:t>24</w:t>
            </w:r>
          </w:p>
        </w:tc>
        <w:tc>
          <w:tcPr>
            <w:tcW w:type="dxa" w:w="4680"/>
            <w:tcMar>
              <w:top w:w="80" w:type="dxa"/>
              <w:start w:w="80" w:type="dxa"/>
              <w:bottom w:w="80" w:type="dxa"/>
              <w:end w:w="80" w:type="dxa"/>
            </w:tcMar>
            <w:vAlign w:val="top"/>
          </w:tcPr>
          <w:p>
            <w:r>
              <w:rPr>
                <w:b/>
                <w:color w:val="1F4E79"/>
              </w:rPr>
            </w:r>
            <w:r>
              <w:rPr>
                <w:rFonts w:ascii="NanumBarunGothic" w:hAnsi="NanumBarunGothic" w:eastAsia="NanumBarunGothic"/>
                <w:b w:val="0"/>
                <w:sz w:val="16"/>
              </w:rPr>
              <w:t>요약</w:t>
            </w:r>
            <w:r>
              <w:br/>
            </w:r>
            <w:r>
              <w:rPr>
                <w:rFonts w:ascii="NanumBarunGothic" w:hAnsi="NanumBarunGothic" w:eastAsia="NanumBarunGothic"/>
                <w:b w:val="0"/>
                <w:sz w:val="16"/>
              </w:rPr>
              <w:t>이 프로젝트를 30초 안에 설명할 수 있는가?</w:t>
            </w:r>
          </w:p>
        </w:tc>
        <w:tc>
          <w:tcPr>
            <w:tcW w:type="dxa" w:w="8136"/>
            <w:tcMar>
              <w:top w:w="80" w:type="dxa"/>
              <w:start w:w="80" w:type="dxa"/>
              <w:bottom w:w="80" w:type="dxa"/>
              <w:end w:w="80" w:type="dxa"/>
            </w:tcMar>
            <w:vAlign w:val="top"/>
            <w:shd w:fill="F2F2F2"/>
          </w:tcPr>
          <w:p>
            <w:r/>
            <w:r>
              <w:rPr>
                <w:rFonts w:ascii="NanumBarunGothic" w:hAnsi="NanumBarunGothic" w:eastAsia="NanumBarunGothic"/>
                <w:b w:val="0"/>
                <w:color w:val="666666"/>
                <w:sz w:val="16"/>
              </w:rPr>
              <w:t>문제, 중요성, 접근, novelty, 기대 가치를 7–8문장으로 작성한다.</w:t>
            </w:r>
          </w:p>
        </w:tc>
        <w:tc>
          <w:tcPr>
            <w:tcW w:type="dxa" w:w="1800"/>
            <w:tcMar>
              <w:top w:w="80" w:type="dxa"/>
              <w:start w:w="80" w:type="dxa"/>
              <w:bottom w:w="80" w:type="dxa"/>
              <w:end w:w="80" w:type="dxa"/>
            </w:tcMar>
            <w:vAlign w:val="top"/>
          </w:tcPr>
          <w:p>
            <w:pPr>
              <w:jc w:val="center"/>
            </w:pPr>
            <w:r/>
            <w:r>
              <w:rPr>
                <w:rFonts w:ascii="NanumBarunGothic" w:hAnsi="NanumBarunGothic" w:eastAsia="NanumBarunGothic"/>
                <w:b w:val="0"/>
                <w:sz w:val="17"/>
              </w:rPr>
              <w:t>0 / 1 / 2</w:t>
            </w:r>
          </w:p>
        </w:tc>
      </w:tr>
    </w:tbl>
    <w:p/>
    <w:tbl>
      <w:tblPr>
        <w:tblW w:type="auto" w:w="0"/>
        <w:jc w:val="center"/>
        <w:tblLayout w:type="autofit"/>
        <w:tblLook w:firstColumn="1" w:firstRow="1" w:lastColumn="0" w:lastRow="0" w:noHBand="0" w:noVBand="1" w:val="04A0"/>
      </w:tblPr>
      <w:tblGrid>
        <w:gridCol w:w="15538"/>
      </w:tblGrid>
      <w:tr>
        <w:tc>
          <w:tcPr>
            <w:tcW w:type="dxa" w:w="15538"/>
            <w:shd w:fill="E2F0D9"/>
            <w:tcBorders>
              <w:top w:sz="8" w:val="single" w:color="9EADBA"/>
              <w:left w:sz="8" w:val="single" w:color="9EADBA"/>
              <w:bottom w:sz="8" w:val="single" w:color="9EADBA"/>
              <w:right w:sz="8" w:val="single" w:color="9EADBA"/>
            </w:tcBorders>
            <w:tcMar>
              <w:top w:w="80" w:type="dxa"/>
              <w:start w:w="80" w:type="dxa"/>
              <w:bottom w:w="80" w:type="dxa"/>
              <w:end w:w="80" w:type="dxa"/>
            </w:tcMar>
            <w:vAlign w:val="top"/>
          </w:tcPr>
          <w:p>
            <w:r>
              <w:rPr>
                <w:b/>
              </w:rPr>
            </w:r>
            <w:r>
              <w:rPr>
                <w:rFonts w:ascii="NanumBarunGothic" w:hAnsi="NanumBarunGothic" w:eastAsia="NanumBarunGothic"/>
                <w:b w:val="0"/>
                <w:sz w:val="18"/>
              </w:rPr>
              <w:t>판단 기준</w:t>
            </w:r>
            <w:r>
              <w:br/>
            </w:r>
            <w:r>
              <w:rPr>
                <w:rFonts w:ascii="NanumBarunGothic" w:hAnsi="NanumBarunGothic" w:eastAsia="NanumBarunGothic"/>
                <w:b w:val="0"/>
                <w:sz w:val="18"/>
              </w:rPr>
              <w:t>38–48점: 강한 논문 아이디어; 28–37점: 가능성 있으나 novelty 또는 평가 보강 필요; 18–27점: 위험함; 0–17점: 많은 투자 전에 재정의 필요.</w:t>
            </w:r>
          </w:p>
        </w:tc>
      </w:tr>
    </w:tbl>
    <w:p/>
    <w:p>
      <w:pPr>
        <w:spacing w:before="100" w:after="60"/>
      </w:pPr>
      <w:r>
        <w:rPr>
          <w:rFonts w:ascii="NanumBarunGothic" w:hAnsi="NanumBarunGothic" w:eastAsia="NanumBarunGothic"/>
          <w:b/>
          <w:color w:val="404040"/>
          <w:sz w:val="24"/>
        </w:rPr>
        <w:t>Version B 요약</w:t>
      </w:r>
    </w:p>
    <w:tbl>
      <w:tblPr>
        <w:tblStyle w:val="TableGrid"/>
        <w:tblW w:type="auto" w:w="0"/>
        <w:jc w:val="center"/>
        <w:tblLook w:firstColumn="1" w:firstRow="1" w:lastColumn="0" w:lastRow="0" w:noHBand="0" w:noVBand="1" w:val="04A0"/>
      </w:tblPr>
      <w:tblGrid>
        <w:gridCol w:w="7769"/>
        <w:gridCol w:w="7769"/>
      </w:tblGrid>
      <w:tr>
        <w:tc>
          <w:tcPr>
            <w:tcW w:type="dxa" w:w="3600"/>
            <w:tcMar>
              <w:top w:w="80" w:type="dxa"/>
              <w:start w:w="80" w:type="dxa"/>
              <w:bottom w:w="80" w:type="dxa"/>
              <w:end w:w="80" w:type="dxa"/>
            </w:tcMar>
            <w:vAlign w:val="top"/>
            <w:shd w:fill="1F4E79"/>
          </w:tcPr>
          <w:p>
            <w:pPr>
              <w:jc w:val="center"/>
            </w:pPr>
            <w:r/>
            <w:r>
              <w:rPr>
                <w:rFonts w:ascii="NanumBarunGothic" w:hAnsi="NanumBarunGothic" w:eastAsia="NanumBarunGothic"/>
                <w:b/>
                <w:color w:val="FFFFFF"/>
                <w:sz w:val="17"/>
              </w:rPr>
              <w:t>항목</w:t>
            </w:r>
          </w:p>
        </w:tc>
        <w:tc>
          <w:tcPr>
            <w:tcW w:type="dxa" w:w="10800"/>
            <w:tcMar>
              <w:top w:w="80" w:type="dxa"/>
              <w:start w:w="80" w:type="dxa"/>
              <w:bottom w:w="80" w:type="dxa"/>
              <w:end w:w="80" w:type="dxa"/>
            </w:tcMar>
            <w:vAlign w:val="top"/>
            <w:shd w:fill="1F4E79"/>
          </w:tcPr>
          <w:p>
            <w:pPr>
              <w:jc w:val="center"/>
            </w:pPr>
            <w:r/>
            <w:r>
              <w:rPr>
                <w:rFonts w:ascii="NanumBarunGothic" w:hAnsi="NanumBarunGothic" w:eastAsia="NanumBarunGothic"/>
                <w:b/>
                <w:color w:val="FFFFFF"/>
                <w:sz w:val="17"/>
              </w:rPr>
              <w:t>답변</w:t>
            </w:r>
          </w:p>
        </w:tc>
      </w:tr>
      <w:tr>
        <w:trPr>
          <w:cantSplit/>
        </w:trPr>
        <w:tc>
          <w:tcPr>
            <w:tcW w:type="dxa" w:w="3600"/>
            <w:tcMar>
              <w:top w:w="80" w:type="dxa"/>
              <w:start w:w="80" w:type="dxa"/>
              <w:bottom w:w="80" w:type="dxa"/>
              <w:end w:w="80" w:type="dxa"/>
            </w:tcMar>
            <w:vAlign w:val="top"/>
          </w:tcPr>
          <w:p>
            <w:r/>
            <w:r>
              <w:rPr>
                <w:rFonts w:ascii="NanumBarunGothic" w:hAnsi="NanumBarunGothic" w:eastAsia="NanumBarunGothic"/>
                <w:b/>
                <w:sz w:val="17"/>
              </w:rPr>
              <w:t>총점</w:t>
            </w:r>
          </w:p>
        </w:tc>
        <w:tc>
          <w:tcPr>
            <w:tcW w:type="dxa" w:w="10800"/>
            <w:tcMar>
              <w:top w:w="80" w:type="dxa"/>
              <w:start w:w="80" w:type="dxa"/>
              <w:bottom w:w="80" w:type="dxa"/>
              <w:end w:w="80" w:type="dxa"/>
            </w:tcMar>
            <w:vAlign w:val="top"/>
            <w:shd w:fill="F2F2F2"/>
          </w:tcPr>
          <w:p>
            <w:r/>
            <w:r>
              <w:rPr>
                <w:rFonts w:ascii="NanumBarunGothic" w:hAnsi="NanumBarunGothic" w:eastAsia="NanumBarunGothic"/>
                <w:b w:val="0"/>
                <w:sz w:val="17"/>
              </w:rPr>
              <w:t xml:space="preserve"> </w:t>
            </w:r>
          </w:p>
        </w:tc>
      </w:tr>
      <w:tr>
        <w:trPr>
          <w:cantSplit/>
        </w:trPr>
        <w:tc>
          <w:tcPr>
            <w:tcW w:type="dxa" w:w="3600"/>
            <w:tcMar>
              <w:top w:w="80" w:type="dxa"/>
              <w:start w:w="80" w:type="dxa"/>
              <w:bottom w:w="80" w:type="dxa"/>
              <w:end w:w="80" w:type="dxa"/>
            </w:tcMar>
            <w:vAlign w:val="top"/>
          </w:tcPr>
          <w:p>
            <w:r/>
            <w:r>
              <w:rPr>
                <w:rFonts w:ascii="NanumBarunGothic" w:hAnsi="NanumBarunGothic" w:eastAsia="NanumBarunGothic"/>
                <w:b/>
                <w:sz w:val="17"/>
              </w:rPr>
              <w:t>가장 약한 항목 3개</w:t>
            </w:r>
          </w:p>
        </w:tc>
        <w:tc>
          <w:tcPr>
            <w:tcW w:type="dxa" w:w="10800"/>
            <w:tcMar>
              <w:top w:w="80" w:type="dxa"/>
              <w:start w:w="80" w:type="dxa"/>
              <w:bottom w:w="80" w:type="dxa"/>
              <w:end w:w="80" w:type="dxa"/>
            </w:tcMar>
            <w:vAlign w:val="top"/>
            <w:shd w:fill="F2F2F2"/>
          </w:tcPr>
          <w:p>
            <w:r/>
            <w:r>
              <w:rPr>
                <w:rFonts w:ascii="NanumBarunGothic" w:hAnsi="NanumBarunGothic" w:eastAsia="NanumBarunGothic"/>
                <w:b w:val="0"/>
                <w:sz w:val="17"/>
              </w:rPr>
              <w:t xml:space="preserve"> </w:t>
            </w:r>
          </w:p>
        </w:tc>
      </w:tr>
      <w:tr>
        <w:trPr>
          <w:cantSplit/>
        </w:trPr>
        <w:tc>
          <w:tcPr>
            <w:tcW w:type="dxa" w:w="3600"/>
            <w:tcMar>
              <w:top w:w="80" w:type="dxa"/>
              <w:start w:w="80" w:type="dxa"/>
              <w:bottom w:w="80" w:type="dxa"/>
              <w:end w:w="80" w:type="dxa"/>
            </w:tcMar>
            <w:vAlign w:val="top"/>
          </w:tcPr>
          <w:p>
            <w:r/>
            <w:r>
              <w:rPr>
                <w:rFonts w:ascii="NanumBarunGothic" w:hAnsi="NanumBarunGothic" w:eastAsia="NanumBarunGothic"/>
                <w:b/>
                <w:sz w:val="17"/>
              </w:rPr>
              <w:t>가장 강한 항목 3개</w:t>
            </w:r>
          </w:p>
        </w:tc>
        <w:tc>
          <w:tcPr>
            <w:tcW w:type="dxa" w:w="10800"/>
            <w:tcMar>
              <w:top w:w="80" w:type="dxa"/>
              <w:start w:w="80" w:type="dxa"/>
              <w:bottom w:w="80" w:type="dxa"/>
              <w:end w:w="80" w:type="dxa"/>
            </w:tcMar>
            <w:vAlign w:val="top"/>
            <w:shd w:fill="F2F2F2"/>
          </w:tcPr>
          <w:p>
            <w:r/>
            <w:r>
              <w:rPr>
                <w:rFonts w:ascii="NanumBarunGothic" w:hAnsi="NanumBarunGothic" w:eastAsia="NanumBarunGothic"/>
                <w:b w:val="0"/>
                <w:sz w:val="17"/>
              </w:rPr>
              <w:t xml:space="preserve"> </w:t>
            </w:r>
          </w:p>
        </w:tc>
      </w:tr>
      <w:tr>
        <w:trPr>
          <w:cantSplit/>
        </w:trPr>
        <w:tc>
          <w:tcPr>
            <w:tcW w:type="dxa" w:w="3600"/>
            <w:tcMar>
              <w:top w:w="80" w:type="dxa"/>
              <w:start w:w="80" w:type="dxa"/>
              <w:bottom w:w="80" w:type="dxa"/>
              <w:end w:w="80" w:type="dxa"/>
            </w:tcMar>
            <w:vAlign w:val="top"/>
          </w:tcPr>
          <w:p>
            <w:r/>
            <w:r>
              <w:rPr>
                <w:rFonts w:ascii="NanumBarunGothic" w:hAnsi="NanumBarunGothic" w:eastAsia="NanumBarunGothic"/>
                <w:b/>
                <w:sz w:val="17"/>
              </w:rPr>
              <w:t>다음 미팅 전 action item</w:t>
            </w:r>
          </w:p>
        </w:tc>
        <w:tc>
          <w:tcPr>
            <w:tcW w:type="dxa" w:w="10800"/>
            <w:tcMar>
              <w:top w:w="80" w:type="dxa"/>
              <w:start w:w="80" w:type="dxa"/>
              <w:bottom w:w="80" w:type="dxa"/>
              <w:end w:w="80" w:type="dxa"/>
            </w:tcMar>
            <w:vAlign w:val="top"/>
            <w:shd w:fill="F2F2F2"/>
          </w:tcPr>
          <w:p>
            <w:r/>
            <w:r>
              <w:rPr>
                <w:rFonts w:ascii="NanumBarunGothic" w:hAnsi="NanumBarunGothic" w:eastAsia="NanumBarunGothic"/>
                <w:b w:val="0"/>
                <w:sz w:val="17"/>
              </w:rPr>
              <w:t xml:space="preserve"> </w:t>
            </w:r>
          </w:p>
        </w:tc>
      </w:tr>
      <w:tr>
        <w:trPr>
          <w:cantSplit/>
        </w:trPr>
        <w:tc>
          <w:tcPr>
            <w:tcW w:type="dxa" w:w="3600"/>
            <w:tcMar>
              <w:top w:w="80" w:type="dxa"/>
              <w:start w:w="80" w:type="dxa"/>
              <w:bottom w:w="80" w:type="dxa"/>
              <w:end w:w="80" w:type="dxa"/>
            </w:tcMar>
            <w:vAlign w:val="top"/>
          </w:tcPr>
          <w:p>
            <w:r/>
            <w:r>
              <w:rPr>
                <w:rFonts w:ascii="NanumBarunGothic" w:hAnsi="NanumBarunGothic" w:eastAsia="NanumBarunGothic"/>
                <w:b/>
                <w:sz w:val="17"/>
              </w:rPr>
              <w:t>최종 판단</w:t>
            </w:r>
          </w:p>
        </w:tc>
        <w:tc>
          <w:tcPr>
            <w:tcW w:type="dxa" w:w="10800"/>
            <w:tcMar>
              <w:top w:w="80" w:type="dxa"/>
              <w:start w:w="80" w:type="dxa"/>
              <w:bottom w:w="80" w:type="dxa"/>
              <w:end w:w="80" w:type="dxa"/>
            </w:tcMar>
            <w:vAlign w:val="top"/>
            <w:shd w:fill="F2F2F2"/>
          </w:tcPr>
          <w:p>
            <w:r/>
            <w:r>
              <w:rPr>
                <w:rFonts w:ascii="NanumBarunGothic" w:hAnsi="NanumBarunGothic" w:eastAsia="NanumBarunGothic"/>
                <w:b w:val="0"/>
                <w:sz w:val="17"/>
              </w:rPr>
              <w:t xml:space="preserve"> </w:t>
            </w:r>
          </w:p>
        </w:tc>
      </w:tr>
    </w:tbl>
    <w:p/>
    <w:p>
      <w:pPr>
        <w:spacing w:before="100" w:after="60"/>
      </w:pPr>
      <w:r>
        <w:rPr>
          <w:rFonts w:ascii="NanumBarunGothic" w:hAnsi="NanumBarunGothic" w:eastAsia="NanumBarunGothic"/>
          <w:b/>
          <w:color w:val="404040"/>
          <w:sz w:val="24"/>
        </w:rPr>
        <w:t>논문 작성용 점수 기준</w:t>
      </w:r>
    </w:p>
    <w:tbl>
      <w:tblPr>
        <w:tblStyle w:val="TableGrid"/>
        <w:tblW w:type="auto" w:w="0"/>
        <w:jc w:val="center"/>
        <w:tblLook w:firstColumn="1" w:firstRow="1" w:lastColumn="0" w:lastRow="0" w:noHBand="0" w:noVBand="1" w:val="04A0"/>
      </w:tblPr>
      <w:tblGrid>
        <w:gridCol w:w="7769"/>
        <w:gridCol w:w="7769"/>
      </w:tblGrid>
      <w:tr>
        <w:trPr>
          <w:tblHeader w:val="true"/>
          <w:cantSplit/>
        </w:trPr>
        <w:tc>
          <w:tcPr>
            <w:tcW w:type="dxa" w:w="1728"/>
            <w:tcMar>
              <w:top w:w="80" w:type="dxa"/>
              <w:start w:w="80" w:type="dxa"/>
              <w:bottom w:w="80" w:type="dxa"/>
              <w:end w:w="80" w:type="dxa"/>
            </w:tcMar>
            <w:vAlign w:val="top"/>
            <w:shd w:fill="1F4E79"/>
          </w:tcPr>
          <w:p>
            <w:pPr>
              <w:jc w:val="center"/>
            </w:pPr>
            <w:r/>
            <w:r>
              <w:rPr>
                <w:rFonts w:ascii="NanumBarunGothic" w:hAnsi="NanumBarunGothic" w:eastAsia="NanumBarunGothic"/>
                <w:b/>
                <w:color w:val="FFFFFF"/>
                <w:sz w:val="18"/>
              </w:rPr>
              <w:t>점수</w:t>
            </w:r>
          </w:p>
        </w:tc>
        <w:tc>
          <w:tcPr>
            <w:tcW w:type="dxa" w:w="12816"/>
            <w:tcMar>
              <w:top w:w="80" w:type="dxa"/>
              <w:start w:w="80" w:type="dxa"/>
              <w:bottom w:w="80" w:type="dxa"/>
              <w:end w:w="80" w:type="dxa"/>
            </w:tcMar>
            <w:vAlign w:val="top"/>
            <w:shd w:fill="1F4E79"/>
          </w:tcPr>
          <w:p>
            <w:pPr>
              <w:jc w:val="center"/>
            </w:pPr>
            <w:r/>
            <w:r>
              <w:rPr>
                <w:rFonts w:ascii="NanumBarunGothic" w:hAnsi="NanumBarunGothic" w:eastAsia="NanumBarunGothic"/>
                <w:b/>
                <w:color w:val="FFFFFF"/>
                <w:sz w:val="18"/>
              </w:rPr>
              <w:t>의미</w:t>
            </w:r>
          </w:p>
        </w:tc>
      </w:tr>
      <w:tr>
        <w:trPr>
          <w:cantSplit/>
        </w:trPr>
        <w:tc>
          <w:tcPr>
            <w:tcW w:type="dxa" w:w="1728"/>
            <w:tcMar>
              <w:top w:w="80" w:type="dxa"/>
              <w:start w:w="80" w:type="dxa"/>
              <w:bottom w:w="80" w:type="dxa"/>
              <w:end w:w="80" w:type="dxa"/>
            </w:tcMar>
            <w:vAlign w:val="top"/>
          </w:tcPr>
          <w:p>
            <w:pPr>
              <w:jc w:val="center"/>
            </w:pPr>
            <w:r/>
            <w:r>
              <w:rPr>
                <w:rFonts w:ascii="NanumBarunGothic" w:hAnsi="NanumBarunGothic" w:eastAsia="NanumBarunGothic"/>
                <w:b/>
                <w:sz w:val="18"/>
              </w:rPr>
              <w:t>0</w:t>
            </w:r>
          </w:p>
        </w:tc>
        <w:tc>
          <w:tcPr>
            <w:tcW w:type="dxa" w:w="12816"/>
            <w:tcMar>
              <w:top w:w="80" w:type="dxa"/>
              <w:start w:w="80" w:type="dxa"/>
              <w:bottom w:w="80" w:type="dxa"/>
              <w:end w:w="80" w:type="dxa"/>
            </w:tcMar>
            <w:vAlign w:val="top"/>
          </w:tcPr>
          <w:p>
            <w:r/>
            <w:r>
              <w:rPr>
                <w:rFonts w:ascii="NanumBarunGothic" w:hAnsi="NanumBarunGothic" w:eastAsia="NanumBarunGothic"/>
                <w:b w:val="0"/>
                <w:sz w:val="18"/>
              </w:rPr>
              <w:t>답변 없음.</w:t>
            </w:r>
          </w:p>
        </w:tc>
      </w:tr>
      <w:tr>
        <w:trPr>
          <w:cantSplit/>
        </w:trPr>
        <w:tc>
          <w:tcPr>
            <w:tcW w:type="dxa" w:w="1728"/>
            <w:tcMar>
              <w:top w:w="80" w:type="dxa"/>
              <w:start w:w="80" w:type="dxa"/>
              <w:bottom w:w="80" w:type="dxa"/>
              <w:end w:w="80" w:type="dxa"/>
            </w:tcMar>
            <w:vAlign w:val="top"/>
          </w:tcPr>
          <w:p>
            <w:pPr>
              <w:jc w:val="center"/>
            </w:pPr>
            <w:r/>
            <w:r>
              <w:rPr>
                <w:rFonts w:ascii="NanumBarunGothic" w:hAnsi="NanumBarunGothic" w:eastAsia="NanumBarunGothic"/>
                <w:b/>
                <w:sz w:val="18"/>
              </w:rPr>
              <w:t>1</w:t>
            </w:r>
          </w:p>
        </w:tc>
        <w:tc>
          <w:tcPr>
            <w:tcW w:type="dxa" w:w="12816"/>
            <w:tcMar>
              <w:top w:w="80" w:type="dxa"/>
              <w:start w:w="80" w:type="dxa"/>
              <w:bottom w:w="80" w:type="dxa"/>
              <w:end w:w="80" w:type="dxa"/>
            </w:tcMar>
            <w:vAlign w:val="top"/>
          </w:tcPr>
          <w:p>
            <w:r/>
            <w:r>
              <w:rPr>
                <w:rFonts w:ascii="NanumBarunGothic" w:hAnsi="NanumBarunGothic" w:eastAsia="NanumBarunGothic"/>
                <w:b w:val="0"/>
                <w:sz w:val="18"/>
              </w:rPr>
              <w:t>주장은 있으나 모호하거나 근거가 부족함.</w:t>
            </w:r>
          </w:p>
        </w:tc>
      </w:tr>
      <w:tr>
        <w:trPr>
          <w:cantSplit/>
        </w:trPr>
        <w:tc>
          <w:tcPr>
            <w:tcW w:type="dxa" w:w="1728"/>
            <w:tcMar>
              <w:top w:w="80" w:type="dxa"/>
              <w:start w:w="80" w:type="dxa"/>
              <w:bottom w:w="80" w:type="dxa"/>
              <w:end w:w="80" w:type="dxa"/>
            </w:tcMar>
            <w:vAlign w:val="top"/>
          </w:tcPr>
          <w:p>
            <w:pPr>
              <w:jc w:val="center"/>
            </w:pPr>
            <w:r/>
            <w:r>
              <w:rPr>
                <w:rFonts w:ascii="NanumBarunGothic" w:hAnsi="NanumBarunGothic" w:eastAsia="NanumBarunGothic"/>
                <w:b/>
                <w:sz w:val="18"/>
              </w:rPr>
              <w:t>2</w:t>
            </w:r>
          </w:p>
        </w:tc>
        <w:tc>
          <w:tcPr>
            <w:tcW w:type="dxa" w:w="12816"/>
            <w:tcMar>
              <w:top w:w="80" w:type="dxa"/>
              <w:start w:w="80" w:type="dxa"/>
              <w:bottom w:w="80" w:type="dxa"/>
              <w:end w:w="80" w:type="dxa"/>
            </w:tcMar>
            <w:vAlign w:val="top"/>
          </w:tcPr>
          <w:p>
            <w:r/>
            <w:r>
              <w:rPr>
                <w:rFonts w:ascii="NanumBarunGothic" w:hAnsi="NanumBarunGothic" w:eastAsia="NanumBarunGothic"/>
                <w:b w:val="0"/>
                <w:sz w:val="18"/>
              </w:rPr>
              <w:t>구체적 설명은 있으나 근거, 비교, 실험 설계가 아직 불완전함.</w:t>
            </w:r>
          </w:p>
        </w:tc>
      </w:tr>
      <w:tr>
        <w:trPr>
          <w:cantSplit/>
        </w:trPr>
        <w:tc>
          <w:tcPr>
            <w:tcW w:type="dxa" w:w="1728"/>
            <w:tcMar>
              <w:top w:w="80" w:type="dxa"/>
              <w:start w:w="80" w:type="dxa"/>
              <w:bottom w:w="80" w:type="dxa"/>
              <w:end w:w="80" w:type="dxa"/>
            </w:tcMar>
            <w:vAlign w:val="top"/>
          </w:tcPr>
          <w:p>
            <w:pPr>
              <w:jc w:val="center"/>
            </w:pPr>
            <w:r/>
            <w:r>
              <w:rPr>
                <w:rFonts w:ascii="NanumBarunGothic" w:hAnsi="NanumBarunGothic" w:eastAsia="NanumBarunGothic"/>
                <w:b/>
                <w:sz w:val="18"/>
              </w:rPr>
              <w:t>3</w:t>
            </w:r>
          </w:p>
        </w:tc>
        <w:tc>
          <w:tcPr>
            <w:tcW w:type="dxa" w:w="12816"/>
            <w:tcMar>
              <w:top w:w="80" w:type="dxa"/>
              <w:start w:w="80" w:type="dxa"/>
              <w:bottom w:w="80" w:type="dxa"/>
              <w:end w:w="80" w:type="dxa"/>
            </w:tcMar>
            <w:vAlign w:val="top"/>
          </w:tcPr>
          <w:p>
            <w:r/>
            <w:r>
              <w:rPr>
                <w:rFonts w:ascii="NanumBarunGothic" w:hAnsi="NanumBarunGothic" w:eastAsia="NanumBarunGothic"/>
                <w:b w:val="0"/>
                <w:sz w:val="18"/>
              </w:rPr>
              <w:t>명확하고 근거가 있으며, 논문 문장 또는 실험 계획으로 바로 바꿀 수 있음.</w:t>
            </w:r>
          </w:p>
        </w:tc>
      </w:tr>
    </w:tbl>
    <w:p/>
    <w:p>
      <w:pPr>
        <w:spacing w:before="160" w:after="100"/>
      </w:pPr>
      <w:r>
        <w:rPr>
          <w:rFonts w:ascii="NanumBarunGothic" w:hAnsi="NanumBarunGothic" w:eastAsia="NanumBarunGothic"/>
          <w:b/>
          <w:color w:val="1F4E79"/>
          <w:sz w:val="32"/>
        </w:rPr>
        <w:t>Version C. 논문 작성용 연구 현실성 점검</w:t>
      </w:r>
    </w:p>
    <w:p>
      <w:pPr>
        <w:spacing w:after="60"/>
      </w:pPr>
      <w:r>
        <w:rPr>
          <w:rFonts w:ascii="NanumBarunGothic" w:hAnsi="NanumBarunGothic" w:eastAsia="NanumBarunGothic"/>
          <w:b w:val="0"/>
          <w:color w:val="404040"/>
          <w:sz w:val="18"/>
        </w:rPr>
        <w:t>논문 초안, 학위논문 챕터, 연구 제안서를 쓰기 전에 사용한다. 총점: 90점.</w:t>
      </w:r>
    </w:p>
    <w:tbl>
      <w:tblPr>
        <w:tblStyle w:val="TableGrid"/>
        <w:tblW w:type="auto" w:w="0"/>
        <w:jc w:val="center"/>
        <w:tblLayout w:type="fixed"/>
        <w:tblLook w:firstColumn="1" w:firstRow="1" w:lastColumn="0" w:lastRow="0" w:noHBand="0" w:noVBand="1" w:val="04A0"/>
      </w:tblPr>
      <w:tblGrid>
        <w:gridCol w:w="3884"/>
        <w:gridCol w:w="3884"/>
        <w:gridCol w:w="3884"/>
        <w:gridCol w:w="3884"/>
      </w:tblGrid>
      <w:tr>
        <w:trPr>
          <w:tblHeader w:val="true"/>
          <w:cantSplit/>
        </w:trPr>
        <w:tc>
          <w:tcPr>
            <w:tcW w:type="dxa" w:w="691"/>
            <w:tcMar>
              <w:top w:w="80" w:type="dxa"/>
              <w:start w:w="80" w:type="dxa"/>
              <w:bottom w:w="80" w:type="dxa"/>
              <w:end w:w="80" w:type="dxa"/>
            </w:tcMar>
            <w:vAlign w:val="top"/>
            <w:shd w:fill="1F4E79"/>
          </w:tcPr>
          <w:p>
            <w:pPr>
              <w:jc w:val="center"/>
            </w:pPr>
            <w:r/>
            <w:r>
              <w:rPr>
                <w:rFonts w:ascii="NanumBarunGothic" w:hAnsi="NanumBarunGothic" w:eastAsia="NanumBarunGothic"/>
                <w:b/>
                <w:color w:val="FFFFFF"/>
                <w:sz w:val="17"/>
              </w:rPr>
              <w:t>#</w:t>
            </w:r>
          </w:p>
        </w:tc>
        <w:tc>
          <w:tcPr>
            <w:tcW w:type="dxa" w:w="4680"/>
            <w:tcMar>
              <w:top w:w="80" w:type="dxa"/>
              <w:start w:w="80" w:type="dxa"/>
              <w:bottom w:w="80" w:type="dxa"/>
              <w:end w:w="80" w:type="dxa"/>
            </w:tcMar>
            <w:vAlign w:val="top"/>
            <w:shd w:fill="1F4E79"/>
          </w:tcPr>
          <w:p>
            <w:pPr>
              <w:jc w:val="center"/>
            </w:pPr>
            <w:r/>
            <w:r>
              <w:rPr>
                <w:rFonts w:ascii="NanumBarunGothic" w:hAnsi="NanumBarunGothic" w:eastAsia="NanumBarunGothic"/>
                <w:b/>
                <w:color w:val="FFFFFF"/>
                <w:sz w:val="17"/>
              </w:rPr>
              <w:t>체크 항목 / 질문</w:t>
            </w:r>
          </w:p>
        </w:tc>
        <w:tc>
          <w:tcPr>
            <w:tcW w:type="dxa" w:w="8136"/>
            <w:tcMar>
              <w:top w:w="80" w:type="dxa"/>
              <w:start w:w="80" w:type="dxa"/>
              <w:bottom w:w="80" w:type="dxa"/>
              <w:end w:w="80" w:type="dxa"/>
            </w:tcMar>
            <w:vAlign w:val="top"/>
            <w:shd w:fill="1F4E79"/>
          </w:tcPr>
          <w:p>
            <w:pPr>
              <w:jc w:val="center"/>
            </w:pPr>
            <w:r/>
            <w:r>
              <w:rPr>
                <w:rFonts w:ascii="NanumBarunGothic" w:hAnsi="NanumBarunGothic" w:eastAsia="NanumBarunGothic"/>
                <w:b/>
                <w:color w:val="FFFFFF"/>
                <w:sz w:val="17"/>
              </w:rPr>
              <w:t>학생 답변 / 메모</w:t>
            </w:r>
          </w:p>
        </w:tc>
        <w:tc>
          <w:tcPr>
            <w:tcW w:type="dxa" w:w="1800"/>
            <w:tcMar>
              <w:top w:w="80" w:type="dxa"/>
              <w:start w:w="80" w:type="dxa"/>
              <w:bottom w:w="80" w:type="dxa"/>
              <w:end w:w="80" w:type="dxa"/>
            </w:tcMar>
            <w:vAlign w:val="top"/>
            <w:shd w:fill="1F4E79"/>
          </w:tcPr>
          <w:p>
            <w:pPr>
              <w:jc w:val="center"/>
            </w:pPr>
            <w:r/>
            <w:r>
              <w:rPr>
                <w:rFonts w:ascii="NanumBarunGothic" w:hAnsi="NanumBarunGothic" w:eastAsia="NanumBarunGothic"/>
                <w:b/>
                <w:color w:val="FFFFFF"/>
                <w:sz w:val="17"/>
              </w:rPr>
              <w:t>점수</w:t>
            </w:r>
          </w:p>
        </w:tc>
      </w:tr>
      <w:tr>
        <w:trPr>
          <w:cantSplit/>
        </w:trPr>
        <w:tc>
          <w:tcPr>
            <w:tcW w:type="dxa" w:w="691"/>
            <w:tcMar>
              <w:top w:w="80" w:type="dxa"/>
              <w:start w:w="80" w:type="dxa"/>
              <w:bottom w:w="80" w:type="dxa"/>
              <w:end w:w="80" w:type="dxa"/>
            </w:tcMar>
            <w:vAlign w:val="top"/>
          </w:tcPr>
          <w:p>
            <w:pPr>
              <w:jc w:val="center"/>
            </w:pPr>
            <w:r/>
            <w:r>
              <w:rPr>
                <w:rFonts w:ascii="NanumBarunGothic" w:hAnsi="NanumBarunGothic" w:eastAsia="NanumBarunGothic"/>
                <w:b/>
                <w:sz w:val="16"/>
              </w:rPr>
              <w:t>1</w:t>
            </w:r>
          </w:p>
        </w:tc>
        <w:tc>
          <w:tcPr>
            <w:tcW w:type="dxa" w:w="4680"/>
            <w:tcMar>
              <w:top w:w="80" w:type="dxa"/>
              <w:start w:w="80" w:type="dxa"/>
              <w:bottom w:w="80" w:type="dxa"/>
              <w:end w:w="80" w:type="dxa"/>
            </w:tcMar>
            <w:vAlign w:val="top"/>
          </w:tcPr>
          <w:p>
            <w:r>
              <w:rPr>
                <w:b/>
                <w:color w:val="1F4E79"/>
              </w:rPr>
            </w:r>
            <w:r>
              <w:rPr>
                <w:rFonts w:ascii="NanumBarunGothic" w:hAnsi="NanumBarunGothic" w:eastAsia="NanumBarunGothic"/>
                <w:b w:val="0"/>
                <w:sz w:val="16"/>
              </w:rPr>
              <w:t>논문 정체성</w:t>
            </w:r>
            <w:r>
              <w:br/>
            </w:r>
            <w:r>
              <w:rPr>
                <w:rFonts w:ascii="NanumBarunGothic" w:hAnsi="NanumBarunGothic" w:eastAsia="NanumBarunGothic"/>
                <w:b w:val="0"/>
                <w:sz w:val="16"/>
              </w:rPr>
              <w:t>임시 제목은 무엇인가?</w:t>
            </w:r>
          </w:p>
        </w:tc>
        <w:tc>
          <w:tcPr>
            <w:tcW w:type="dxa" w:w="8136"/>
            <w:tcMar>
              <w:top w:w="80" w:type="dxa"/>
              <w:start w:w="80" w:type="dxa"/>
              <w:bottom w:w="80" w:type="dxa"/>
              <w:end w:w="80" w:type="dxa"/>
            </w:tcMar>
            <w:vAlign w:val="top"/>
            <w:shd w:fill="F2F2F2"/>
          </w:tcPr>
          <w:p>
            <w:r/>
            <w:r>
              <w:rPr>
                <w:rFonts w:ascii="NanumBarunGothic" w:hAnsi="NanumBarunGothic" w:eastAsia="NanumBarunGothic"/>
                <w:b w:val="0"/>
                <w:color w:val="666666"/>
                <w:sz w:val="16"/>
              </w:rPr>
              <w:t>너무 일반적이지 않은 구체적인 제목 후보를 적는다.</w:t>
            </w:r>
          </w:p>
        </w:tc>
        <w:tc>
          <w:tcPr>
            <w:tcW w:type="dxa" w:w="1800"/>
            <w:tcMar>
              <w:top w:w="80" w:type="dxa"/>
              <w:start w:w="80" w:type="dxa"/>
              <w:bottom w:w="80" w:type="dxa"/>
              <w:end w:w="80" w:type="dxa"/>
            </w:tcMar>
            <w:vAlign w:val="top"/>
          </w:tcPr>
          <w:p>
            <w:pPr>
              <w:jc w:val="center"/>
            </w:pPr>
            <w:r/>
            <w:r>
              <w:rPr>
                <w:rFonts w:ascii="NanumBarunGothic" w:hAnsi="NanumBarunGothic" w:eastAsia="NanumBarunGothic"/>
                <w:b w:val="0"/>
                <w:sz w:val="17"/>
              </w:rPr>
              <w:t>0 / 1 / 2 / 3</w:t>
            </w:r>
          </w:p>
        </w:tc>
      </w:tr>
      <w:tr>
        <w:trPr>
          <w:cantSplit/>
        </w:trPr>
        <w:tc>
          <w:tcPr>
            <w:tcW w:type="dxa" w:w="691"/>
            <w:tcMar>
              <w:top w:w="80" w:type="dxa"/>
              <w:start w:w="80" w:type="dxa"/>
              <w:bottom w:w="80" w:type="dxa"/>
              <w:end w:w="80" w:type="dxa"/>
            </w:tcMar>
            <w:vAlign w:val="top"/>
          </w:tcPr>
          <w:p>
            <w:pPr>
              <w:jc w:val="center"/>
            </w:pPr>
            <w:r/>
            <w:r>
              <w:rPr>
                <w:rFonts w:ascii="NanumBarunGothic" w:hAnsi="NanumBarunGothic" w:eastAsia="NanumBarunGothic"/>
                <w:b/>
                <w:sz w:val="16"/>
              </w:rPr>
              <w:t>2</w:t>
            </w:r>
          </w:p>
        </w:tc>
        <w:tc>
          <w:tcPr>
            <w:tcW w:type="dxa" w:w="4680"/>
            <w:tcMar>
              <w:top w:w="80" w:type="dxa"/>
              <w:start w:w="80" w:type="dxa"/>
              <w:bottom w:w="80" w:type="dxa"/>
              <w:end w:w="80" w:type="dxa"/>
            </w:tcMar>
            <w:vAlign w:val="top"/>
          </w:tcPr>
          <w:p>
            <w:r>
              <w:rPr>
                <w:b/>
                <w:color w:val="1F4E79"/>
              </w:rPr>
            </w:r>
            <w:r>
              <w:rPr>
                <w:rFonts w:ascii="NanumBarunGothic" w:hAnsi="NanumBarunGothic" w:eastAsia="NanumBarunGothic"/>
                <w:b w:val="0"/>
                <w:sz w:val="16"/>
              </w:rPr>
              <w:t>논문 정체성</w:t>
            </w:r>
            <w:r>
              <w:br/>
            </w:r>
            <w:r>
              <w:rPr>
                <w:rFonts w:ascii="NanumBarunGothic" w:hAnsi="NanumBarunGothic" w:eastAsia="NanumBarunGothic"/>
                <w:b w:val="0"/>
                <w:sz w:val="16"/>
              </w:rPr>
              <w:t>한 문장 요약은 무엇인가?</w:t>
            </w:r>
          </w:p>
        </w:tc>
        <w:tc>
          <w:tcPr>
            <w:tcW w:type="dxa" w:w="8136"/>
            <w:tcMar>
              <w:top w:w="80" w:type="dxa"/>
              <w:start w:w="80" w:type="dxa"/>
              <w:bottom w:w="80" w:type="dxa"/>
              <w:end w:w="80" w:type="dxa"/>
            </w:tcMar>
            <w:vAlign w:val="top"/>
            <w:shd w:fill="F2F2F2"/>
          </w:tcPr>
          <w:p>
            <w:r/>
            <w:r>
              <w:rPr>
                <w:rFonts w:ascii="NanumBarunGothic" w:hAnsi="NanumBarunGothic" w:eastAsia="NanumBarunGothic"/>
                <w:b w:val="0"/>
                <w:color w:val="666666"/>
                <w:sz w:val="16"/>
              </w:rPr>
              <w:t>문제, 접근, 가치를 포함하되 과장하지 않는다.</w:t>
            </w:r>
          </w:p>
        </w:tc>
        <w:tc>
          <w:tcPr>
            <w:tcW w:type="dxa" w:w="1800"/>
            <w:tcMar>
              <w:top w:w="80" w:type="dxa"/>
              <w:start w:w="80" w:type="dxa"/>
              <w:bottom w:w="80" w:type="dxa"/>
              <w:end w:w="80" w:type="dxa"/>
            </w:tcMar>
            <w:vAlign w:val="top"/>
          </w:tcPr>
          <w:p>
            <w:pPr>
              <w:jc w:val="center"/>
            </w:pPr>
            <w:r/>
            <w:r>
              <w:rPr>
                <w:rFonts w:ascii="NanumBarunGothic" w:hAnsi="NanumBarunGothic" w:eastAsia="NanumBarunGothic"/>
                <w:b w:val="0"/>
                <w:sz w:val="17"/>
              </w:rPr>
              <w:t>0 / 1 / 2 / 3</w:t>
            </w:r>
          </w:p>
        </w:tc>
      </w:tr>
      <w:tr>
        <w:trPr>
          <w:cantSplit/>
        </w:trPr>
        <w:tc>
          <w:tcPr>
            <w:tcW w:type="dxa" w:w="691"/>
            <w:tcMar>
              <w:top w:w="80" w:type="dxa"/>
              <w:start w:w="80" w:type="dxa"/>
              <w:bottom w:w="80" w:type="dxa"/>
              <w:end w:w="80" w:type="dxa"/>
            </w:tcMar>
            <w:vAlign w:val="top"/>
          </w:tcPr>
          <w:p>
            <w:pPr>
              <w:jc w:val="center"/>
            </w:pPr>
            <w:r/>
            <w:r>
              <w:rPr>
                <w:rFonts w:ascii="NanumBarunGothic" w:hAnsi="NanumBarunGothic" w:eastAsia="NanumBarunGothic"/>
                <w:b/>
                <w:sz w:val="16"/>
              </w:rPr>
              <w:t>3</w:t>
            </w:r>
          </w:p>
        </w:tc>
        <w:tc>
          <w:tcPr>
            <w:tcW w:type="dxa" w:w="4680"/>
            <w:tcMar>
              <w:top w:w="80" w:type="dxa"/>
              <w:start w:w="80" w:type="dxa"/>
              <w:bottom w:w="80" w:type="dxa"/>
              <w:end w:w="80" w:type="dxa"/>
            </w:tcMar>
            <w:vAlign w:val="top"/>
          </w:tcPr>
          <w:p>
            <w:r>
              <w:rPr>
                <w:b/>
                <w:color w:val="1F4E79"/>
              </w:rPr>
            </w:r>
            <w:r>
              <w:rPr>
                <w:rFonts w:ascii="NanumBarunGothic" w:hAnsi="NanumBarunGothic" w:eastAsia="NanumBarunGothic"/>
                <w:b w:val="0"/>
                <w:sz w:val="16"/>
              </w:rPr>
              <w:t>논문 정체성</w:t>
            </w:r>
            <w:r>
              <w:br/>
            </w:r>
            <w:r>
              <w:rPr>
                <w:rFonts w:ascii="NanumBarunGothic" w:hAnsi="NanumBarunGothic" w:eastAsia="NanumBarunGothic"/>
                <w:b w:val="0"/>
                <w:sz w:val="16"/>
              </w:rPr>
              <w:t>30초 요약은 무엇인가?</w:t>
            </w:r>
          </w:p>
        </w:tc>
        <w:tc>
          <w:tcPr>
            <w:tcW w:type="dxa" w:w="8136"/>
            <w:tcMar>
              <w:top w:w="80" w:type="dxa"/>
              <w:start w:w="80" w:type="dxa"/>
              <w:bottom w:w="80" w:type="dxa"/>
              <w:end w:w="80" w:type="dxa"/>
            </w:tcMar>
            <w:vAlign w:val="top"/>
            <w:shd w:fill="F2F2F2"/>
          </w:tcPr>
          <w:p>
            <w:r/>
            <w:r>
              <w:rPr>
                <w:rFonts w:ascii="NanumBarunGothic" w:hAnsi="NanumBarunGothic" w:eastAsia="NanumBarunGothic"/>
                <w:b w:val="0"/>
                <w:color w:val="666666"/>
                <w:sz w:val="16"/>
              </w:rPr>
              <w:t>무엇을 하는지, 문제, 중요성, 독창성, 장점을 7–8문장으로 적는다.</w:t>
            </w:r>
          </w:p>
        </w:tc>
        <w:tc>
          <w:tcPr>
            <w:tcW w:type="dxa" w:w="1800"/>
            <w:tcMar>
              <w:top w:w="80" w:type="dxa"/>
              <w:start w:w="80" w:type="dxa"/>
              <w:bottom w:w="80" w:type="dxa"/>
              <w:end w:w="80" w:type="dxa"/>
            </w:tcMar>
            <w:vAlign w:val="top"/>
          </w:tcPr>
          <w:p>
            <w:pPr>
              <w:jc w:val="center"/>
            </w:pPr>
            <w:r/>
            <w:r>
              <w:rPr>
                <w:rFonts w:ascii="NanumBarunGothic" w:hAnsi="NanumBarunGothic" w:eastAsia="NanumBarunGothic"/>
                <w:b w:val="0"/>
                <w:sz w:val="17"/>
              </w:rPr>
              <w:t>0 / 1 / 2 / 3</w:t>
            </w:r>
          </w:p>
        </w:tc>
      </w:tr>
      <w:tr>
        <w:trPr>
          <w:cantSplit/>
        </w:trPr>
        <w:tc>
          <w:tcPr>
            <w:tcW w:type="dxa" w:w="691"/>
            <w:tcMar>
              <w:top w:w="80" w:type="dxa"/>
              <w:start w:w="80" w:type="dxa"/>
              <w:bottom w:w="80" w:type="dxa"/>
              <w:end w:w="80" w:type="dxa"/>
            </w:tcMar>
            <w:vAlign w:val="top"/>
          </w:tcPr>
          <w:p>
            <w:pPr>
              <w:jc w:val="center"/>
            </w:pPr>
            <w:r/>
            <w:r>
              <w:rPr>
                <w:rFonts w:ascii="NanumBarunGothic" w:hAnsi="NanumBarunGothic" w:eastAsia="NanumBarunGothic"/>
                <w:b/>
                <w:sz w:val="16"/>
              </w:rPr>
              <w:t>4</w:t>
            </w:r>
          </w:p>
        </w:tc>
        <w:tc>
          <w:tcPr>
            <w:tcW w:type="dxa" w:w="4680"/>
            <w:tcMar>
              <w:top w:w="80" w:type="dxa"/>
              <w:start w:w="80" w:type="dxa"/>
              <w:bottom w:w="80" w:type="dxa"/>
              <w:end w:w="80" w:type="dxa"/>
            </w:tcMar>
            <w:vAlign w:val="top"/>
          </w:tcPr>
          <w:p>
            <w:r>
              <w:rPr>
                <w:b/>
                <w:color w:val="1F4E79"/>
              </w:rPr>
            </w:r>
            <w:r>
              <w:rPr>
                <w:rFonts w:ascii="NanumBarunGothic" w:hAnsi="NanumBarunGothic" w:eastAsia="NanumBarunGothic"/>
                <w:b w:val="0"/>
                <w:sz w:val="16"/>
              </w:rPr>
              <w:t>Introduction</w:t>
            </w:r>
            <w:r>
              <w:br/>
            </w:r>
            <w:r>
              <w:rPr>
                <w:rFonts w:ascii="NanumBarunGothic" w:hAnsi="NanumBarunGothic" w:eastAsia="NanumBarunGothic"/>
                <w:b w:val="0"/>
                <w:sz w:val="16"/>
              </w:rPr>
              <w:t>핵심 문제는 무엇인가?</w:t>
            </w:r>
          </w:p>
        </w:tc>
        <w:tc>
          <w:tcPr>
            <w:tcW w:type="dxa" w:w="8136"/>
            <w:tcMar>
              <w:top w:w="80" w:type="dxa"/>
              <w:start w:w="80" w:type="dxa"/>
              <w:bottom w:w="80" w:type="dxa"/>
              <w:end w:w="80" w:type="dxa"/>
            </w:tcMar>
            <w:vAlign w:val="top"/>
            <w:shd w:fill="F2F2F2"/>
          </w:tcPr>
          <w:p>
            <w:r/>
            <w:r>
              <w:rPr>
                <w:rFonts w:ascii="NanumBarunGothic" w:hAnsi="NanumBarunGothic" w:eastAsia="NanumBarunGothic"/>
                <w:b w:val="0"/>
                <w:color w:val="666666"/>
                <w:sz w:val="16"/>
              </w:rPr>
              <w:t>문제를 정확히 이름 붙인다.</w:t>
            </w:r>
          </w:p>
        </w:tc>
        <w:tc>
          <w:tcPr>
            <w:tcW w:type="dxa" w:w="1800"/>
            <w:tcMar>
              <w:top w:w="80" w:type="dxa"/>
              <w:start w:w="80" w:type="dxa"/>
              <w:bottom w:w="80" w:type="dxa"/>
              <w:end w:w="80" w:type="dxa"/>
            </w:tcMar>
            <w:vAlign w:val="top"/>
          </w:tcPr>
          <w:p>
            <w:pPr>
              <w:jc w:val="center"/>
            </w:pPr>
            <w:r/>
            <w:r>
              <w:rPr>
                <w:rFonts w:ascii="NanumBarunGothic" w:hAnsi="NanumBarunGothic" w:eastAsia="NanumBarunGothic"/>
                <w:b w:val="0"/>
                <w:sz w:val="17"/>
              </w:rPr>
              <w:t>0 / 1 / 2 / 3</w:t>
            </w:r>
          </w:p>
        </w:tc>
      </w:tr>
      <w:tr>
        <w:trPr>
          <w:cantSplit/>
        </w:trPr>
        <w:tc>
          <w:tcPr>
            <w:tcW w:type="dxa" w:w="691"/>
            <w:tcMar>
              <w:top w:w="80" w:type="dxa"/>
              <w:start w:w="80" w:type="dxa"/>
              <w:bottom w:w="80" w:type="dxa"/>
              <w:end w:w="80" w:type="dxa"/>
            </w:tcMar>
            <w:vAlign w:val="top"/>
          </w:tcPr>
          <w:p>
            <w:pPr>
              <w:jc w:val="center"/>
            </w:pPr>
            <w:r/>
            <w:r>
              <w:rPr>
                <w:rFonts w:ascii="NanumBarunGothic" w:hAnsi="NanumBarunGothic" w:eastAsia="NanumBarunGothic"/>
                <w:b/>
                <w:sz w:val="16"/>
              </w:rPr>
              <w:t>5</w:t>
            </w:r>
          </w:p>
        </w:tc>
        <w:tc>
          <w:tcPr>
            <w:tcW w:type="dxa" w:w="4680"/>
            <w:tcMar>
              <w:top w:w="80" w:type="dxa"/>
              <w:start w:w="80" w:type="dxa"/>
              <w:bottom w:w="80" w:type="dxa"/>
              <w:end w:w="80" w:type="dxa"/>
            </w:tcMar>
            <w:vAlign w:val="top"/>
          </w:tcPr>
          <w:p>
            <w:r>
              <w:rPr>
                <w:b/>
                <w:color w:val="1F4E79"/>
              </w:rPr>
            </w:r>
            <w:r>
              <w:rPr>
                <w:rFonts w:ascii="NanumBarunGothic" w:hAnsi="NanumBarunGothic" w:eastAsia="NanumBarunGothic"/>
                <w:b w:val="0"/>
                <w:sz w:val="16"/>
              </w:rPr>
              <w:t>Introduction</w:t>
            </w:r>
            <w:r>
              <w:br/>
            </w:r>
            <w:r>
              <w:rPr>
                <w:rFonts w:ascii="NanumBarunGothic" w:hAnsi="NanumBarunGothic" w:eastAsia="NanumBarunGothic"/>
                <w:b w:val="0"/>
                <w:sz w:val="16"/>
              </w:rPr>
              <w:t>왜 이 문제가 중요한가?</w:t>
            </w:r>
          </w:p>
        </w:tc>
        <w:tc>
          <w:tcPr>
            <w:tcW w:type="dxa" w:w="8136"/>
            <w:tcMar>
              <w:top w:w="80" w:type="dxa"/>
              <w:start w:w="80" w:type="dxa"/>
              <w:bottom w:w="80" w:type="dxa"/>
              <w:end w:w="80" w:type="dxa"/>
            </w:tcMar>
            <w:vAlign w:val="top"/>
            <w:shd w:fill="F2F2F2"/>
          </w:tcPr>
          <w:p>
            <w:r/>
            <w:r>
              <w:rPr>
                <w:rFonts w:ascii="NanumBarunGothic" w:hAnsi="NanumBarunGothic" w:eastAsia="NanumBarunGothic"/>
                <w:b w:val="0"/>
                <w:color w:val="666666"/>
                <w:sz w:val="16"/>
              </w:rPr>
              <w:t>영향, 비용, 위험, 또는 과학적 gap과 연결한다.</w:t>
            </w:r>
          </w:p>
        </w:tc>
        <w:tc>
          <w:tcPr>
            <w:tcW w:type="dxa" w:w="1800"/>
            <w:tcMar>
              <w:top w:w="80" w:type="dxa"/>
              <w:start w:w="80" w:type="dxa"/>
              <w:bottom w:w="80" w:type="dxa"/>
              <w:end w:w="80" w:type="dxa"/>
            </w:tcMar>
            <w:vAlign w:val="top"/>
          </w:tcPr>
          <w:p>
            <w:pPr>
              <w:jc w:val="center"/>
            </w:pPr>
            <w:r/>
            <w:r>
              <w:rPr>
                <w:rFonts w:ascii="NanumBarunGothic" w:hAnsi="NanumBarunGothic" w:eastAsia="NanumBarunGothic"/>
                <w:b w:val="0"/>
                <w:sz w:val="17"/>
              </w:rPr>
              <w:t>0 / 1 / 2 / 3</w:t>
            </w:r>
          </w:p>
        </w:tc>
      </w:tr>
      <w:tr>
        <w:trPr>
          <w:cantSplit/>
        </w:trPr>
        <w:tc>
          <w:tcPr>
            <w:tcW w:type="dxa" w:w="691"/>
            <w:tcMar>
              <w:top w:w="80" w:type="dxa"/>
              <w:start w:w="80" w:type="dxa"/>
              <w:bottom w:w="80" w:type="dxa"/>
              <w:end w:w="80" w:type="dxa"/>
            </w:tcMar>
            <w:vAlign w:val="top"/>
          </w:tcPr>
          <w:p>
            <w:pPr>
              <w:jc w:val="center"/>
            </w:pPr>
            <w:r/>
            <w:r>
              <w:rPr>
                <w:rFonts w:ascii="NanumBarunGothic" w:hAnsi="NanumBarunGothic" w:eastAsia="NanumBarunGothic"/>
                <w:b/>
                <w:sz w:val="16"/>
              </w:rPr>
              <w:t>6</w:t>
            </w:r>
          </w:p>
        </w:tc>
        <w:tc>
          <w:tcPr>
            <w:tcW w:type="dxa" w:w="4680"/>
            <w:tcMar>
              <w:top w:w="80" w:type="dxa"/>
              <w:start w:w="80" w:type="dxa"/>
              <w:bottom w:w="80" w:type="dxa"/>
              <w:end w:w="80" w:type="dxa"/>
            </w:tcMar>
            <w:vAlign w:val="top"/>
          </w:tcPr>
          <w:p>
            <w:r>
              <w:rPr>
                <w:b/>
                <w:color w:val="1F4E79"/>
              </w:rPr>
            </w:r>
            <w:r>
              <w:rPr>
                <w:rFonts w:ascii="NanumBarunGothic" w:hAnsi="NanumBarunGothic" w:eastAsia="NanumBarunGothic"/>
                <w:b w:val="0"/>
                <w:sz w:val="16"/>
              </w:rPr>
              <w:t>Introduction</w:t>
            </w:r>
            <w:r>
              <w:br/>
            </w:r>
            <w:r>
              <w:rPr>
                <w:rFonts w:ascii="NanumBarunGothic" w:hAnsi="NanumBarunGothic" w:eastAsia="NanumBarunGothic"/>
                <w:b w:val="0"/>
                <w:sz w:val="16"/>
              </w:rPr>
              <w:t>대상 시나리오는 무엇인가?</w:t>
            </w:r>
          </w:p>
        </w:tc>
        <w:tc>
          <w:tcPr>
            <w:tcW w:type="dxa" w:w="8136"/>
            <w:tcMar>
              <w:top w:w="80" w:type="dxa"/>
              <w:start w:w="80" w:type="dxa"/>
              <w:bottom w:w="80" w:type="dxa"/>
              <w:end w:w="80" w:type="dxa"/>
            </w:tcMar>
            <w:vAlign w:val="top"/>
            <w:shd w:fill="F2F2F2"/>
          </w:tcPr>
          <w:p>
            <w:r/>
            <w:r>
              <w:rPr>
                <w:rFonts w:ascii="NanumBarunGothic" w:hAnsi="NanumBarunGothic" w:eastAsia="NanumBarunGothic"/>
                <w:b w:val="0"/>
                <w:color w:val="666666"/>
                <w:sz w:val="16"/>
              </w:rPr>
              <w:t>어디서, 언제, 누구에게 문제가 발생하는지 정의한다.</w:t>
            </w:r>
          </w:p>
        </w:tc>
        <w:tc>
          <w:tcPr>
            <w:tcW w:type="dxa" w:w="1800"/>
            <w:tcMar>
              <w:top w:w="80" w:type="dxa"/>
              <w:start w:w="80" w:type="dxa"/>
              <w:bottom w:w="80" w:type="dxa"/>
              <w:end w:w="80" w:type="dxa"/>
            </w:tcMar>
            <w:vAlign w:val="top"/>
          </w:tcPr>
          <w:p>
            <w:pPr>
              <w:jc w:val="center"/>
            </w:pPr>
            <w:r/>
            <w:r>
              <w:rPr>
                <w:rFonts w:ascii="NanumBarunGothic" w:hAnsi="NanumBarunGothic" w:eastAsia="NanumBarunGothic"/>
                <w:b w:val="0"/>
                <w:sz w:val="17"/>
              </w:rPr>
              <w:t>0 / 1 / 2 / 3</w:t>
            </w:r>
          </w:p>
        </w:tc>
      </w:tr>
      <w:tr>
        <w:trPr>
          <w:cantSplit/>
        </w:trPr>
        <w:tc>
          <w:tcPr>
            <w:tcW w:type="dxa" w:w="691"/>
            <w:tcMar>
              <w:top w:w="80" w:type="dxa"/>
              <w:start w:w="80" w:type="dxa"/>
              <w:bottom w:w="80" w:type="dxa"/>
              <w:end w:w="80" w:type="dxa"/>
            </w:tcMar>
            <w:vAlign w:val="top"/>
          </w:tcPr>
          <w:p>
            <w:pPr>
              <w:jc w:val="center"/>
            </w:pPr>
            <w:r/>
            <w:r>
              <w:rPr>
                <w:rFonts w:ascii="NanumBarunGothic" w:hAnsi="NanumBarunGothic" w:eastAsia="NanumBarunGothic"/>
                <w:b/>
                <w:sz w:val="16"/>
              </w:rPr>
              <w:t>7</w:t>
            </w:r>
          </w:p>
        </w:tc>
        <w:tc>
          <w:tcPr>
            <w:tcW w:type="dxa" w:w="4680"/>
            <w:tcMar>
              <w:top w:w="80" w:type="dxa"/>
              <w:start w:w="80" w:type="dxa"/>
              <w:bottom w:w="80" w:type="dxa"/>
              <w:end w:w="80" w:type="dxa"/>
            </w:tcMar>
            <w:vAlign w:val="top"/>
          </w:tcPr>
          <w:p>
            <w:r>
              <w:rPr>
                <w:b/>
                <w:color w:val="1F4E79"/>
              </w:rPr>
            </w:r>
            <w:r>
              <w:rPr>
                <w:rFonts w:ascii="NanumBarunGothic" w:hAnsi="NanumBarunGothic" w:eastAsia="NanumBarunGothic"/>
                <w:b w:val="0"/>
                <w:sz w:val="16"/>
              </w:rPr>
              <w:t>Introduction</w:t>
            </w:r>
            <w:r>
              <w:br/>
            </w:r>
            <w:r>
              <w:rPr>
                <w:rFonts w:ascii="NanumBarunGothic" w:hAnsi="NanumBarunGothic" w:eastAsia="NanumBarunGothic"/>
                <w:b w:val="0"/>
                <w:sz w:val="16"/>
              </w:rPr>
              <w:t>기존 연구의 gap은 무엇인가?</w:t>
            </w:r>
          </w:p>
        </w:tc>
        <w:tc>
          <w:tcPr>
            <w:tcW w:type="dxa" w:w="8136"/>
            <w:tcMar>
              <w:top w:w="80" w:type="dxa"/>
              <w:start w:w="80" w:type="dxa"/>
              <w:bottom w:w="80" w:type="dxa"/>
              <w:end w:w="80" w:type="dxa"/>
            </w:tcMar>
            <w:vAlign w:val="top"/>
            <w:shd w:fill="F2F2F2"/>
          </w:tcPr>
          <w:p>
            <w:r/>
            <w:r>
              <w:rPr>
                <w:rFonts w:ascii="NanumBarunGothic" w:hAnsi="NanumBarunGothic" w:eastAsia="NanumBarunGothic"/>
                <w:b w:val="0"/>
                <w:color w:val="666666"/>
                <w:sz w:val="16"/>
              </w:rPr>
              <w:t>아직 해결되지 않은 gap을 한두 문장으로 적는다.</w:t>
            </w:r>
          </w:p>
        </w:tc>
        <w:tc>
          <w:tcPr>
            <w:tcW w:type="dxa" w:w="1800"/>
            <w:tcMar>
              <w:top w:w="80" w:type="dxa"/>
              <w:start w:w="80" w:type="dxa"/>
              <w:bottom w:w="80" w:type="dxa"/>
              <w:end w:w="80" w:type="dxa"/>
            </w:tcMar>
            <w:vAlign w:val="top"/>
          </w:tcPr>
          <w:p>
            <w:pPr>
              <w:jc w:val="center"/>
            </w:pPr>
            <w:r/>
            <w:r>
              <w:rPr>
                <w:rFonts w:ascii="NanumBarunGothic" w:hAnsi="NanumBarunGothic" w:eastAsia="NanumBarunGothic"/>
                <w:b w:val="0"/>
                <w:sz w:val="17"/>
              </w:rPr>
              <w:t>0 / 1 / 2 / 3</w:t>
            </w:r>
          </w:p>
        </w:tc>
      </w:tr>
      <w:tr>
        <w:trPr>
          <w:cantSplit/>
        </w:trPr>
        <w:tc>
          <w:tcPr>
            <w:tcW w:type="dxa" w:w="691"/>
            <w:tcMar>
              <w:top w:w="80" w:type="dxa"/>
              <w:start w:w="80" w:type="dxa"/>
              <w:bottom w:w="80" w:type="dxa"/>
              <w:end w:w="80" w:type="dxa"/>
            </w:tcMar>
            <w:vAlign w:val="top"/>
          </w:tcPr>
          <w:p>
            <w:pPr>
              <w:jc w:val="center"/>
            </w:pPr>
            <w:r/>
            <w:r>
              <w:rPr>
                <w:rFonts w:ascii="NanumBarunGothic" w:hAnsi="NanumBarunGothic" w:eastAsia="NanumBarunGothic"/>
                <w:b/>
                <w:sz w:val="16"/>
              </w:rPr>
              <w:t>8</w:t>
            </w:r>
          </w:p>
        </w:tc>
        <w:tc>
          <w:tcPr>
            <w:tcW w:type="dxa" w:w="4680"/>
            <w:tcMar>
              <w:top w:w="80" w:type="dxa"/>
              <w:start w:w="80" w:type="dxa"/>
              <w:bottom w:w="80" w:type="dxa"/>
              <w:end w:w="80" w:type="dxa"/>
            </w:tcMar>
            <w:vAlign w:val="top"/>
          </w:tcPr>
          <w:p>
            <w:r>
              <w:rPr>
                <w:b/>
                <w:color w:val="1F4E79"/>
              </w:rPr>
            </w:r>
            <w:r>
              <w:rPr>
                <w:rFonts w:ascii="NanumBarunGothic" w:hAnsi="NanumBarunGothic" w:eastAsia="NanumBarunGothic"/>
                <w:b w:val="0"/>
                <w:sz w:val="16"/>
              </w:rPr>
              <w:t>Contributions</w:t>
            </w:r>
            <w:r>
              <w:br/>
            </w:r>
            <w:r>
              <w:rPr>
                <w:rFonts w:ascii="NanumBarunGothic" w:hAnsi="NanumBarunGothic" w:eastAsia="NanumBarunGothic"/>
                <w:b w:val="0"/>
                <w:sz w:val="16"/>
              </w:rPr>
              <w:t>핵심 아이디어는 무엇인가?</w:t>
            </w:r>
          </w:p>
        </w:tc>
        <w:tc>
          <w:tcPr>
            <w:tcW w:type="dxa" w:w="8136"/>
            <w:tcMar>
              <w:top w:w="80" w:type="dxa"/>
              <w:start w:w="80" w:type="dxa"/>
              <w:bottom w:w="80" w:type="dxa"/>
              <w:end w:w="80" w:type="dxa"/>
            </w:tcMar>
            <w:vAlign w:val="top"/>
            <w:shd w:fill="F2F2F2"/>
          </w:tcPr>
          <w:p>
            <w:r/>
            <w:r>
              <w:rPr>
                <w:rFonts w:ascii="NanumBarunGothic" w:hAnsi="NanumBarunGothic" w:eastAsia="NanumBarunGothic"/>
                <w:b w:val="0"/>
                <w:color w:val="666666"/>
                <w:sz w:val="16"/>
              </w:rPr>
              <w:t>핵심 메커니즘 또는 통찰을 설명한다.</w:t>
            </w:r>
          </w:p>
        </w:tc>
        <w:tc>
          <w:tcPr>
            <w:tcW w:type="dxa" w:w="1800"/>
            <w:tcMar>
              <w:top w:w="80" w:type="dxa"/>
              <w:start w:w="80" w:type="dxa"/>
              <w:bottom w:w="80" w:type="dxa"/>
              <w:end w:w="80" w:type="dxa"/>
            </w:tcMar>
            <w:vAlign w:val="top"/>
          </w:tcPr>
          <w:p>
            <w:pPr>
              <w:jc w:val="center"/>
            </w:pPr>
            <w:r/>
            <w:r>
              <w:rPr>
                <w:rFonts w:ascii="NanumBarunGothic" w:hAnsi="NanumBarunGothic" w:eastAsia="NanumBarunGothic"/>
                <w:b w:val="0"/>
                <w:sz w:val="17"/>
              </w:rPr>
              <w:t>0 / 1 / 2 / 3</w:t>
            </w:r>
          </w:p>
        </w:tc>
      </w:tr>
      <w:tr>
        <w:trPr>
          <w:cantSplit/>
        </w:trPr>
        <w:tc>
          <w:tcPr>
            <w:tcW w:type="dxa" w:w="691"/>
            <w:tcMar>
              <w:top w:w="80" w:type="dxa"/>
              <w:start w:w="80" w:type="dxa"/>
              <w:bottom w:w="80" w:type="dxa"/>
              <w:end w:w="80" w:type="dxa"/>
            </w:tcMar>
            <w:vAlign w:val="top"/>
          </w:tcPr>
          <w:p>
            <w:pPr>
              <w:jc w:val="center"/>
            </w:pPr>
            <w:r/>
            <w:r>
              <w:rPr>
                <w:rFonts w:ascii="NanumBarunGothic" w:hAnsi="NanumBarunGothic" w:eastAsia="NanumBarunGothic"/>
                <w:b/>
                <w:sz w:val="16"/>
              </w:rPr>
              <w:t>9</w:t>
            </w:r>
          </w:p>
        </w:tc>
        <w:tc>
          <w:tcPr>
            <w:tcW w:type="dxa" w:w="4680"/>
            <w:tcMar>
              <w:top w:w="80" w:type="dxa"/>
              <w:start w:w="80" w:type="dxa"/>
              <w:bottom w:w="80" w:type="dxa"/>
              <w:end w:w="80" w:type="dxa"/>
            </w:tcMar>
            <w:vAlign w:val="top"/>
          </w:tcPr>
          <w:p>
            <w:r>
              <w:rPr>
                <w:b/>
                <w:color w:val="1F4E79"/>
              </w:rPr>
            </w:r>
            <w:r>
              <w:rPr>
                <w:rFonts w:ascii="NanumBarunGothic" w:hAnsi="NanumBarunGothic" w:eastAsia="NanumBarunGothic"/>
                <w:b w:val="0"/>
                <w:sz w:val="16"/>
              </w:rPr>
              <w:t>Contributions</w:t>
            </w:r>
            <w:r>
              <w:br/>
            </w:r>
            <w:r>
              <w:rPr>
                <w:rFonts w:ascii="NanumBarunGothic" w:hAnsi="NanumBarunGothic" w:eastAsia="NanumBarunGothic"/>
                <w:b w:val="0"/>
                <w:sz w:val="16"/>
              </w:rPr>
              <w:t>기술적으로 새로운 부분은 무엇인가?</w:t>
            </w:r>
          </w:p>
        </w:tc>
        <w:tc>
          <w:tcPr>
            <w:tcW w:type="dxa" w:w="8136"/>
            <w:tcMar>
              <w:top w:w="80" w:type="dxa"/>
              <w:start w:w="80" w:type="dxa"/>
              <w:bottom w:w="80" w:type="dxa"/>
              <w:end w:w="80" w:type="dxa"/>
            </w:tcMar>
            <w:vAlign w:val="top"/>
            <w:shd w:fill="F2F2F2"/>
          </w:tcPr>
          <w:p>
            <w:r/>
            <w:r>
              <w:rPr>
                <w:rFonts w:ascii="NanumBarunGothic" w:hAnsi="NanumBarunGothic" w:eastAsia="NanumBarunGothic"/>
                <w:b w:val="0"/>
                <w:color w:val="666666"/>
                <w:sz w:val="16"/>
              </w:rPr>
              <w:t>새 알고리즘, 시스템 설계, 분석, 데이터셋, 통찰 등을 적는다.</w:t>
            </w:r>
          </w:p>
        </w:tc>
        <w:tc>
          <w:tcPr>
            <w:tcW w:type="dxa" w:w="1800"/>
            <w:tcMar>
              <w:top w:w="80" w:type="dxa"/>
              <w:start w:w="80" w:type="dxa"/>
              <w:bottom w:w="80" w:type="dxa"/>
              <w:end w:w="80" w:type="dxa"/>
            </w:tcMar>
            <w:vAlign w:val="top"/>
          </w:tcPr>
          <w:p>
            <w:pPr>
              <w:jc w:val="center"/>
            </w:pPr>
            <w:r/>
            <w:r>
              <w:rPr>
                <w:rFonts w:ascii="NanumBarunGothic" w:hAnsi="NanumBarunGothic" w:eastAsia="NanumBarunGothic"/>
                <w:b w:val="0"/>
                <w:sz w:val="17"/>
              </w:rPr>
              <w:t>0 / 1 / 2 / 3</w:t>
            </w:r>
          </w:p>
        </w:tc>
      </w:tr>
      <w:tr>
        <w:trPr>
          <w:cantSplit/>
        </w:trPr>
        <w:tc>
          <w:tcPr>
            <w:tcW w:type="dxa" w:w="691"/>
            <w:tcMar>
              <w:top w:w="80" w:type="dxa"/>
              <w:start w:w="80" w:type="dxa"/>
              <w:bottom w:w="80" w:type="dxa"/>
              <w:end w:w="80" w:type="dxa"/>
            </w:tcMar>
            <w:vAlign w:val="top"/>
          </w:tcPr>
          <w:p>
            <w:pPr>
              <w:jc w:val="center"/>
            </w:pPr>
            <w:r/>
            <w:r>
              <w:rPr>
                <w:rFonts w:ascii="NanumBarunGothic" w:hAnsi="NanumBarunGothic" w:eastAsia="NanumBarunGothic"/>
                <w:b/>
                <w:sz w:val="16"/>
              </w:rPr>
              <w:t>10</w:t>
            </w:r>
          </w:p>
        </w:tc>
        <w:tc>
          <w:tcPr>
            <w:tcW w:type="dxa" w:w="4680"/>
            <w:tcMar>
              <w:top w:w="80" w:type="dxa"/>
              <w:start w:w="80" w:type="dxa"/>
              <w:bottom w:w="80" w:type="dxa"/>
              <w:end w:w="80" w:type="dxa"/>
            </w:tcMar>
            <w:vAlign w:val="top"/>
          </w:tcPr>
          <w:p>
            <w:r>
              <w:rPr>
                <w:b/>
                <w:color w:val="1F4E79"/>
              </w:rPr>
            </w:r>
            <w:r>
              <w:rPr>
                <w:rFonts w:ascii="NanumBarunGothic" w:hAnsi="NanumBarunGothic" w:eastAsia="NanumBarunGothic"/>
                <w:b w:val="0"/>
                <w:sz w:val="16"/>
              </w:rPr>
              <w:t>Contributions</w:t>
            </w:r>
            <w:r>
              <w:br/>
            </w:r>
            <w:r>
              <w:rPr>
                <w:rFonts w:ascii="NanumBarunGothic" w:hAnsi="NanumBarunGothic" w:eastAsia="NanumBarunGothic"/>
                <w:b w:val="0"/>
                <w:sz w:val="16"/>
              </w:rPr>
              <w:t>시스템 또는 방법론적 기여는 무엇인가?</w:t>
            </w:r>
          </w:p>
        </w:tc>
        <w:tc>
          <w:tcPr>
            <w:tcW w:type="dxa" w:w="8136"/>
            <w:tcMar>
              <w:top w:w="80" w:type="dxa"/>
              <w:start w:w="80" w:type="dxa"/>
              <w:bottom w:w="80" w:type="dxa"/>
              <w:end w:w="80" w:type="dxa"/>
            </w:tcMar>
            <w:vAlign w:val="top"/>
            <w:shd w:fill="F2F2F2"/>
          </w:tcPr>
          <w:p>
            <w:r/>
            <w:r>
              <w:rPr>
                <w:rFonts w:ascii="NanumBarunGothic" w:hAnsi="NanumBarunGothic" w:eastAsia="NanumBarunGothic"/>
                <w:b w:val="0"/>
                <w:color w:val="666666"/>
                <w:sz w:val="16"/>
              </w:rPr>
              <w:t>논문 contribution bullet로 쓸 수 있게 작성한다.</w:t>
            </w:r>
          </w:p>
        </w:tc>
        <w:tc>
          <w:tcPr>
            <w:tcW w:type="dxa" w:w="1800"/>
            <w:tcMar>
              <w:top w:w="80" w:type="dxa"/>
              <w:start w:w="80" w:type="dxa"/>
              <w:bottom w:w="80" w:type="dxa"/>
              <w:end w:w="80" w:type="dxa"/>
            </w:tcMar>
            <w:vAlign w:val="top"/>
          </w:tcPr>
          <w:p>
            <w:pPr>
              <w:jc w:val="center"/>
            </w:pPr>
            <w:r/>
            <w:r>
              <w:rPr>
                <w:rFonts w:ascii="NanumBarunGothic" w:hAnsi="NanumBarunGothic" w:eastAsia="NanumBarunGothic"/>
                <w:b w:val="0"/>
                <w:sz w:val="17"/>
              </w:rPr>
              <w:t>0 / 1 / 2 / 3</w:t>
            </w:r>
          </w:p>
        </w:tc>
      </w:tr>
      <w:tr>
        <w:trPr>
          <w:cantSplit/>
        </w:trPr>
        <w:tc>
          <w:tcPr>
            <w:tcW w:type="dxa" w:w="691"/>
            <w:tcMar>
              <w:top w:w="80" w:type="dxa"/>
              <w:start w:w="80" w:type="dxa"/>
              <w:bottom w:w="80" w:type="dxa"/>
              <w:end w:w="80" w:type="dxa"/>
            </w:tcMar>
            <w:vAlign w:val="top"/>
          </w:tcPr>
          <w:p>
            <w:pPr>
              <w:jc w:val="center"/>
            </w:pPr>
            <w:r/>
            <w:r>
              <w:rPr>
                <w:rFonts w:ascii="NanumBarunGothic" w:hAnsi="NanumBarunGothic" w:eastAsia="NanumBarunGothic"/>
                <w:b/>
                <w:sz w:val="16"/>
              </w:rPr>
              <w:t>11</w:t>
            </w:r>
          </w:p>
        </w:tc>
        <w:tc>
          <w:tcPr>
            <w:tcW w:type="dxa" w:w="4680"/>
            <w:tcMar>
              <w:top w:w="80" w:type="dxa"/>
              <w:start w:w="80" w:type="dxa"/>
              <w:bottom w:w="80" w:type="dxa"/>
              <w:end w:w="80" w:type="dxa"/>
            </w:tcMar>
            <w:vAlign w:val="top"/>
          </w:tcPr>
          <w:p>
            <w:r>
              <w:rPr>
                <w:b/>
                <w:color w:val="1F4E79"/>
              </w:rPr>
            </w:r>
            <w:r>
              <w:rPr>
                <w:rFonts w:ascii="NanumBarunGothic" w:hAnsi="NanumBarunGothic" w:eastAsia="NanumBarunGothic"/>
                <w:b w:val="0"/>
                <w:sz w:val="16"/>
              </w:rPr>
              <w:t>Contributions</w:t>
            </w:r>
            <w:r>
              <w:br/>
            </w:r>
            <w:r>
              <w:rPr>
                <w:rFonts w:ascii="NanumBarunGothic" w:hAnsi="NanumBarunGothic" w:eastAsia="NanumBarunGothic"/>
                <w:b w:val="0"/>
                <w:sz w:val="16"/>
              </w:rPr>
              <w:t>실험적 기여는 무엇인가?</w:t>
            </w:r>
          </w:p>
        </w:tc>
        <w:tc>
          <w:tcPr>
            <w:tcW w:type="dxa" w:w="8136"/>
            <w:tcMar>
              <w:top w:w="80" w:type="dxa"/>
              <w:start w:w="80" w:type="dxa"/>
              <w:bottom w:w="80" w:type="dxa"/>
              <w:end w:w="80" w:type="dxa"/>
            </w:tcMar>
            <w:vAlign w:val="top"/>
            <w:shd w:fill="F2F2F2"/>
          </w:tcPr>
          <w:p>
            <w:r/>
            <w:r>
              <w:rPr>
                <w:rFonts w:ascii="NanumBarunGothic" w:hAnsi="NanumBarunGothic" w:eastAsia="NanumBarunGothic"/>
                <w:b w:val="0"/>
                <w:color w:val="666666"/>
                <w:sz w:val="16"/>
              </w:rPr>
              <w:t>실험이 무엇을 보여줄 것인지 적는다.</w:t>
            </w:r>
          </w:p>
        </w:tc>
        <w:tc>
          <w:tcPr>
            <w:tcW w:type="dxa" w:w="1800"/>
            <w:tcMar>
              <w:top w:w="80" w:type="dxa"/>
              <w:start w:w="80" w:type="dxa"/>
              <w:bottom w:w="80" w:type="dxa"/>
              <w:end w:w="80" w:type="dxa"/>
            </w:tcMar>
            <w:vAlign w:val="top"/>
          </w:tcPr>
          <w:p>
            <w:pPr>
              <w:jc w:val="center"/>
            </w:pPr>
            <w:r/>
            <w:r>
              <w:rPr>
                <w:rFonts w:ascii="NanumBarunGothic" w:hAnsi="NanumBarunGothic" w:eastAsia="NanumBarunGothic"/>
                <w:b w:val="0"/>
                <w:sz w:val="17"/>
              </w:rPr>
              <w:t>0 / 1 / 2 / 3</w:t>
            </w:r>
          </w:p>
        </w:tc>
      </w:tr>
      <w:tr>
        <w:trPr>
          <w:cantSplit/>
        </w:trPr>
        <w:tc>
          <w:tcPr>
            <w:tcW w:type="dxa" w:w="691"/>
            <w:tcMar>
              <w:top w:w="80" w:type="dxa"/>
              <w:start w:w="80" w:type="dxa"/>
              <w:bottom w:w="80" w:type="dxa"/>
              <w:end w:w="80" w:type="dxa"/>
            </w:tcMar>
            <w:vAlign w:val="top"/>
          </w:tcPr>
          <w:p>
            <w:pPr>
              <w:jc w:val="center"/>
            </w:pPr>
            <w:r/>
            <w:r>
              <w:rPr>
                <w:rFonts w:ascii="NanumBarunGothic" w:hAnsi="NanumBarunGothic" w:eastAsia="NanumBarunGothic"/>
                <w:b/>
                <w:sz w:val="16"/>
              </w:rPr>
              <w:t>12</w:t>
            </w:r>
          </w:p>
        </w:tc>
        <w:tc>
          <w:tcPr>
            <w:tcW w:type="dxa" w:w="4680"/>
            <w:tcMar>
              <w:top w:w="80" w:type="dxa"/>
              <w:start w:w="80" w:type="dxa"/>
              <w:bottom w:w="80" w:type="dxa"/>
              <w:end w:w="80" w:type="dxa"/>
            </w:tcMar>
            <w:vAlign w:val="top"/>
          </w:tcPr>
          <w:p>
            <w:r>
              <w:rPr>
                <w:b/>
                <w:color w:val="1F4E79"/>
              </w:rPr>
            </w:r>
            <w:r>
              <w:rPr>
                <w:rFonts w:ascii="NanumBarunGothic" w:hAnsi="NanumBarunGothic" w:eastAsia="NanumBarunGothic"/>
                <w:b w:val="0"/>
                <w:sz w:val="16"/>
              </w:rPr>
              <w:t>Related Work</w:t>
            </w:r>
            <w:r>
              <w:br/>
            </w:r>
            <w:r>
              <w:rPr>
                <w:rFonts w:ascii="NanumBarunGothic" w:hAnsi="NanumBarunGothic" w:eastAsia="NanumBarunGothic"/>
                <w:b w:val="0"/>
                <w:sz w:val="16"/>
              </w:rPr>
              <w:t>고전적 baseline은 무엇인가?</w:t>
            </w:r>
          </w:p>
        </w:tc>
        <w:tc>
          <w:tcPr>
            <w:tcW w:type="dxa" w:w="8136"/>
            <w:tcMar>
              <w:top w:w="80" w:type="dxa"/>
              <w:start w:w="80" w:type="dxa"/>
              <w:bottom w:w="80" w:type="dxa"/>
              <w:end w:w="80" w:type="dxa"/>
            </w:tcMar>
            <w:vAlign w:val="top"/>
            <w:shd w:fill="F2F2F2"/>
          </w:tcPr>
          <w:p>
            <w:r/>
            <w:r>
              <w:rPr>
                <w:rFonts w:ascii="NanumBarunGothic" w:hAnsi="NanumBarunGothic" w:eastAsia="NanumBarunGothic"/>
                <w:b w:val="0"/>
                <w:color w:val="666666"/>
                <w:sz w:val="16"/>
              </w:rPr>
              <w:t>오래되었지만 중요한 방법, 시스템, 이론, 데이터셋을 적는다.</w:t>
            </w:r>
          </w:p>
        </w:tc>
        <w:tc>
          <w:tcPr>
            <w:tcW w:type="dxa" w:w="1800"/>
            <w:tcMar>
              <w:top w:w="80" w:type="dxa"/>
              <w:start w:w="80" w:type="dxa"/>
              <w:bottom w:w="80" w:type="dxa"/>
              <w:end w:w="80" w:type="dxa"/>
            </w:tcMar>
            <w:vAlign w:val="top"/>
          </w:tcPr>
          <w:p>
            <w:pPr>
              <w:jc w:val="center"/>
            </w:pPr>
            <w:r/>
            <w:r>
              <w:rPr>
                <w:rFonts w:ascii="NanumBarunGothic" w:hAnsi="NanumBarunGothic" w:eastAsia="NanumBarunGothic"/>
                <w:b w:val="0"/>
                <w:sz w:val="17"/>
              </w:rPr>
              <w:t>0 / 1 / 2 / 3</w:t>
            </w:r>
          </w:p>
        </w:tc>
      </w:tr>
      <w:tr>
        <w:trPr>
          <w:cantSplit/>
        </w:trPr>
        <w:tc>
          <w:tcPr>
            <w:tcW w:type="dxa" w:w="691"/>
            <w:tcMar>
              <w:top w:w="80" w:type="dxa"/>
              <w:start w:w="80" w:type="dxa"/>
              <w:bottom w:w="80" w:type="dxa"/>
              <w:end w:w="80" w:type="dxa"/>
            </w:tcMar>
            <w:vAlign w:val="top"/>
          </w:tcPr>
          <w:p>
            <w:pPr>
              <w:jc w:val="center"/>
            </w:pPr>
            <w:r/>
            <w:r>
              <w:rPr>
                <w:rFonts w:ascii="NanumBarunGothic" w:hAnsi="NanumBarunGothic" w:eastAsia="NanumBarunGothic"/>
                <w:b/>
                <w:sz w:val="16"/>
              </w:rPr>
              <w:t>13</w:t>
            </w:r>
          </w:p>
        </w:tc>
        <w:tc>
          <w:tcPr>
            <w:tcW w:type="dxa" w:w="4680"/>
            <w:tcMar>
              <w:top w:w="80" w:type="dxa"/>
              <w:start w:w="80" w:type="dxa"/>
              <w:bottom w:w="80" w:type="dxa"/>
              <w:end w:w="80" w:type="dxa"/>
            </w:tcMar>
            <w:vAlign w:val="top"/>
          </w:tcPr>
          <w:p>
            <w:r>
              <w:rPr>
                <w:b/>
                <w:color w:val="1F4E79"/>
              </w:rPr>
            </w:r>
            <w:r>
              <w:rPr>
                <w:rFonts w:ascii="NanumBarunGothic" w:hAnsi="NanumBarunGothic" w:eastAsia="NanumBarunGothic"/>
                <w:b w:val="0"/>
                <w:sz w:val="16"/>
              </w:rPr>
              <w:t>Related Work</w:t>
            </w:r>
            <w:r>
              <w:br/>
            </w:r>
            <w:r>
              <w:rPr>
                <w:rFonts w:ascii="NanumBarunGothic" w:hAnsi="NanumBarunGothic" w:eastAsia="NanumBarunGothic"/>
                <w:b w:val="0"/>
                <w:sz w:val="16"/>
              </w:rPr>
              <w:t>가장 가까운 최근 경쟁 연구는 무엇인가?</w:t>
            </w:r>
          </w:p>
        </w:tc>
        <w:tc>
          <w:tcPr>
            <w:tcW w:type="dxa" w:w="8136"/>
            <w:tcMar>
              <w:top w:w="80" w:type="dxa"/>
              <w:start w:w="80" w:type="dxa"/>
              <w:bottom w:w="80" w:type="dxa"/>
              <w:end w:w="80" w:type="dxa"/>
            </w:tcMar>
            <w:vAlign w:val="top"/>
            <w:shd w:fill="F2F2F2"/>
          </w:tcPr>
          <w:p>
            <w:r/>
            <w:r>
              <w:rPr>
                <w:rFonts w:ascii="NanumBarunGothic" w:hAnsi="NanumBarunGothic" w:eastAsia="NanumBarunGothic"/>
                <w:b w:val="0"/>
                <w:color w:val="666666"/>
                <w:sz w:val="16"/>
              </w:rPr>
              <w:t>최근 논문, 시스템, 제품을 적는다.</w:t>
            </w:r>
          </w:p>
        </w:tc>
        <w:tc>
          <w:tcPr>
            <w:tcW w:type="dxa" w:w="1800"/>
            <w:tcMar>
              <w:top w:w="80" w:type="dxa"/>
              <w:start w:w="80" w:type="dxa"/>
              <w:bottom w:w="80" w:type="dxa"/>
              <w:end w:w="80" w:type="dxa"/>
            </w:tcMar>
            <w:vAlign w:val="top"/>
          </w:tcPr>
          <w:p>
            <w:pPr>
              <w:jc w:val="center"/>
            </w:pPr>
            <w:r/>
            <w:r>
              <w:rPr>
                <w:rFonts w:ascii="NanumBarunGothic" w:hAnsi="NanumBarunGothic" w:eastAsia="NanumBarunGothic"/>
                <w:b w:val="0"/>
                <w:sz w:val="17"/>
              </w:rPr>
              <w:t>0 / 1 / 2 / 3</w:t>
            </w:r>
          </w:p>
        </w:tc>
      </w:tr>
      <w:tr>
        <w:trPr>
          <w:cantSplit/>
        </w:trPr>
        <w:tc>
          <w:tcPr>
            <w:tcW w:type="dxa" w:w="691"/>
            <w:tcMar>
              <w:top w:w="80" w:type="dxa"/>
              <w:start w:w="80" w:type="dxa"/>
              <w:bottom w:w="80" w:type="dxa"/>
              <w:end w:w="80" w:type="dxa"/>
            </w:tcMar>
            <w:vAlign w:val="top"/>
          </w:tcPr>
          <w:p>
            <w:pPr>
              <w:jc w:val="center"/>
            </w:pPr>
            <w:r/>
            <w:r>
              <w:rPr>
                <w:rFonts w:ascii="NanumBarunGothic" w:hAnsi="NanumBarunGothic" w:eastAsia="NanumBarunGothic"/>
                <w:b/>
                <w:sz w:val="16"/>
              </w:rPr>
              <w:t>14</w:t>
            </w:r>
          </w:p>
        </w:tc>
        <w:tc>
          <w:tcPr>
            <w:tcW w:type="dxa" w:w="4680"/>
            <w:tcMar>
              <w:top w:w="80" w:type="dxa"/>
              <w:start w:w="80" w:type="dxa"/>
              <w:bottom w:w="80" w:type="dxa"/>
              <w:end w:w="80" w:type="dxa"/>
            </w:tcMar>
            <w:vAlign w:val="top"/>
          </w:tcPr>
          <w:p>
            <w:r>
              <w:rPr>
                <w:b/>
                <w:color w:val="1F4E79"/>
              </w:rPr>
            </w:r>
            <w:r>
              <w:rPr>
                <w:rFonts w:ascii="NanumBarunGothic" w:hAnsi="NanumBarunGothic" w:eastAsia="NanumBarunGothic"/>
                <w:b w:val="0"/>
                <w:sz w:val="16"/>
              </w:rPr>
              <w:t>Related Work</w:t>
            </w:r>
            <w:r>
              <w:br/>
            </w:r>
            <w:r>
              <w:rPr>
                <w:rFonts w:ascii="NanumBarunGothic" w:hAnsi="NanumBarunGothic" w:eastAsia="NanumBarunGothic"/>
                <w:b w:val="0"/>
                <w:sz w:val="16"/>
              </w:rPr>
              <w:t>가장 가까운 연구와의 정확한 차이는 무엇인가?</w:t>
            </w:r>
          </w:p>
        </w:tc>
        <w:tc>
          <w:tcPr>
            <w:tcW w:type="dxa" w:w="8136"/>
            <w:tcMar>
              <w:top w:w="80" w:type="dxa"/>
              <w:start w:w="80" w:type="dxa"/>
              <w:bottom w:w="80" w:type="dxa"/>
              <w:end w:w="80" w:type="dxa"/>
            </w:tcMar>
            <w:vAlign w:val="top"/>
            <w:shd w:fill="F2F2F2"/>
          </w:tcPr>
          <w:p>
            <w:r/>
            <w:r>
              <w:rPr>
                <w:rFonts w:ascii="NanumBarunGothic" w:hAnsi="NanumBarunGothic" w:eastAsia="NanumBarunGothic"/>
                <w:b w:val="0"/>
                <w:color w:val="666666"/>
                <w:sz w:val="16"/>
              </w:rPr>
              <w:t>리뷰어가 확인할 수 있을 정도로 구체적으로 적는다.</w:t>
            </w:r>
          </w:p>
        </w:tc>
        <w:tc>
          <w:tcPr>
            <w:tcW w:type="dxa" w:w="1800"/>
            <w:tcMar>
              <w:top w:w="80" w:type="dxa"/>
              <w:start w:w="80" w:type="dxa"/>
              <w:bottom w:w="80" w:type="dxa"/>
              <w:end w:w="80" w:type="dxa"/>
            </w:tcMar>
            <w:vAlign w:val="top"/>
          </w:tcPr>
          <w:p>
            <w:pPr>
              <w:jc w:val="center"/>
            </w:pPr>
            <w:r/>
            <w:r>
              <w:rPr>
                <w:rFonts w:ascii="NanumBarunGothic" w:hAnsi="NanumBarunGothic" w:eastAsia="NanumBarunGothic"/>
                <w:b w:val="0"/>
                <w:sz w:val="17"/>
              </w:rPr>
              <w:t>0 / 1 / 2 / 3</w:t>
            </w:r>
          </w:p>
        </w:tc>
      </w:tr>
      <w:tr>
        <w:trPr>
          <w:cantSplit/>
        </w:trPr>
        <w:tc>
          <w:tcPr>
            <w:tcW w:type="dxa" w:w="691"/>
            <w:tcMar>
              <w:top w:w="80" w:type="dxa"/>
              <w:start w:w="80" w:type="dxa"/>
              <w:bottom w:w="80" w:type="dxa"/>
              <w:end w:w="80" w:type="dxa"/>
            </w:tcMar>
            <w:vAlign w:val="top"/>
          </w:tcPr>
          <w:p>
            <w:pPr>
              <w:jc w:val="center"/>
            </w:pPr>
            <w:r/>
            <w:r>
              <w:rPr>
                <w:rFonts w:ascii="NanumBarunGothic" w:hAnsi="NanumBarunGothic" w:eastAsia="NanumBarunGothic"/>
                <w:b/>
                <w:sz w:val="16"/>
              </w:rPr>
              <w:t>15</w:t>
            </w:r>
          </w:p>
        </w:tc>
        <w:tc>
          <w:tcPr>
            <w:tcW w:type="dxa" w:w="4680"/>
            <w:tcMar>
              <w:top w:w="80" w:type="dxa"/>
              <w:start w:w="80" w:type="dxa"/>
              <w:bottom w:w="80" w:type="dxa"/>
              <w:end w:w="80" w:type="dxa"/>
            </w:tcMar>
            <w:vAlign w:val="top"/>
          </w:tcPr>
          <w:p>
            <w:r>
              <w:rPr>
                <w:b/>
                <w:color w:val="1F4E79"/>
              </w:rPr>
            </w:r>
            <w:r>
              <w:rPr>
                <w:rFonts w:ascii="NanumBarunGothic" w:hAnsi="NanumBarunGothic" w:eastAsia="NanumBarunGothic"/>
                <w:b w:val="0"/>
                <w:sz w:val="16"/>
              </w:rPr>
              <w:t>Related Work</w:t>
            </w:r>
            <w:r>
              <w:br/>
            </w:r>
            <w:r>
              <w:rPr>
                <w:rFonts w:ascii="NanumBarunGothic" w:hAnsi="NanumBarunGothic" w:eastAsia="NanumBarunGothic"/>
                <w:b w:val="0"/>
                <w:sz w:val="16"/>
              </w:rPr>
              <w:t>작은 개선으로 보이지 않는 이유는 무엇인가?</w:t>
            </w:r>
          </w:p>
        </w:tc>
        <w:tc>
          <w:tcPr>
            <w:tcW w:type="dxa" w:w="8136"/>
            <w:tcMar>
              <w:top w:w="80" w:type="dxa"/>
              <w:start w:w="80" w:type="dxa"/>
              <w:bottom w:w="80" w:type="dxa"/>
              <w:end w:w="80" w:type="dxa"/>
            </w:tcMar>
            <w:vAlign w:val="top"/>
            <w:shd w:fill="F2F2F2"/>
          </w:tcPr>
          <w:p>
            <w:r/>
            <w:r>
              <w:rPr>
                <w:rFonts w:ascii="NanumBarunGothic" w:hAnsi="NanumBarunGothic" w:eastAsia="NanumBarunGothic"/>
                <w:b w:val="0"/>
                <w:color w:val="666666"/>
                <w:sz w:val="16"/>
              </w:rPr>
              <w:t>의미 있는 영향, 새로운 능력, 새로운 적용 범위를 설명한다.</w:t>
            </w:r>
          </w:p>
        </w:tc>
        <w:tc>
          <w:tcPr>
            <w:tcW w:type="dxa" w:w="1800"/>
            <w:tcMar>
              <w:top w:w="80" w:type="dxa"/>
              <w:start w:w="80" w:type="dxa"/>
              <w:bottom w:w="80" w:type="dxa"/>
              <w:end w:w="80" w:type="dxa"/>
            </w:tcMar>
            <w:vAlign w:val="top"/>
          </w:tcPr>
          <w:p>
            <w:pPr>
              <w:jc w:val="center"/>
            </w:pPr>
            <w:r/>
            <w:r>
              <w:rPr>
                <w:rFonts w:ascii="NanumBarunGothic" w:hAnsi="NanumBarunGothic" w:eastAsia="NanumBarunGothic"/>
                <w:b w:val="0"/>
                <w:sz w:val="17"/>
              </w:rPr>
              <w:t>0 / 1 / 2 / 3</w:t>
            </w:r>
          </w:p>
        </w:tc>
      </w:tr>
      <w:tr>
        <w:trPr>
          <w:cantSplit/>
        </w:trPr>
        <w:tc>
          <w:tcPr>
            <w:tcW w:type="dxa" w:w="691"/>
            <w:tcMar>
              <w:top w:w="80" w:type="dxa"/>
              <w:start w:w="80" w:type="dxa"/>
              <w:bottom w:w="80" w:type="dxa"/>
              <w:end w:w="80" w:type="dxa"/>
            </w:tcMar>
            <w:vAlign w:val="top"/>
          </w:tcPr>
          <w:p>
            <w:pPr>
              <w:jc w:val="center"/>
            </w:pPr>
            <w:r/>
            <w:r>
              <w:rPr>
                <w:rFonts w:ascii="NanumBarunGothic" w:hAnsi="NanumBarunGothic" w:eastAsia="NanumBarunGothic"/>
                <w:b/>
                <w:sz w:val="16"/>
              </w:rPr>
              <w:t>16</w:t>
            </w:r>
          </w:p>
        </w:tc>
        <w:tc>
          <w:tcPr>
            <w:tcW w:type="dxa" w:w="4680"/>
            <w:tcMar>
              <w:top w:w="80" w:type="dxa"/>
              <w:start w:w="80" w:type="dxa"/>
              <w:bottom w:w="80" w:type="dxa"/>
              <w:end w:w="80" w:type="dxa"/>
            </w:tcMar>
            <w:vAlign w:val="top"/>
          </w:tcPr>
          <w:p>
            <w:r>
              <w:rPr>
                <w:b/>
                <w:color w:val="1F4E79"/>
              </w:rPr>
            </w:r>
            <w:r>
              <w:rPr>
                <w:rFonts w:ascii="NanumBarunGothic" w:hAnsi="NanumBarunGothic" w:eastAsia="NanumBarunGothic"/>
                <w:b w:val="0"/>
                <w:sz w:val="16"/>
              </w:rPr>
              <w:t>Method</w:t>
            </w:r>
            <w:r>
              <w:br/>
            </w:r>
            <w:r>
              <w:rPr>
                <w:rFonts w:ascii="NanumBarunGothic" w:hAnsi="NanumBarunGothic" w:eastAsia="NanumBarunGothic"/>
                <w:b w:val="0"/>
                <w:sz w:val="16"/>
              </w:rPr>
              <w:t>전체 pipeline은 무엇인가?</w:t>
            </w:r>
          </w:p>
        </w:tc>
        <w:tc>
          <w:tcPr>
            <w:tcW w:type="dxa" w:w="8136"/>
            <w:tcMar>
              <w:top w:w="80" w:type="dxa"/>
              <w:start w:w="80" w:type="dxa"/>
              <w:bottom w:w="80" w:type="dxa"/>
              <w:end w:w="80" w:type="dxa"/>
            </w:tcMar>
            <w:vAlign w:val="top"/>
            <w:shd w:fill="F2F2F2"/>
          </w:tcPr>
          <w:p>
            <w:r/>
            <w:r>
              <w:rPr>
                <w:rFonts w:ascii="NanumBarunGothic" w:hAnsi="NanumBarunGothic" w:eastAsia="NanumBarunGothic"/>
                <w:b w:val="0"/>
                <w:color w:val="666666"/>
                <w:sz w:val="16"/>
              </w:rPr>
              <w:t>방법을 순서가 있는 단계로 나눈다.</w:t>
            </w:r>
          </w:p>
        </w:tc>
        <w:tc>
          <w:tcPr>
            <w:tcW w:type="dxa" w:w="1800"/>
            <w:tcMar>
              <w:top w:w="80" w:type="dxa"/>
              <w:start w:w="80" w:type="dxa"/>
              <w:bottom w:w="80" w:type="dxa"/>
              <w:end w:w="80" w:type="dxa"/>
            </w:tcMar>
            <w:vAlign w:val="top"/>
          </w:tcPr>
          <w:p>
            <w:pPr>
              <w:jc w:val="center"/>
            </w:pPr>
            <w:r/>
            <w:r>
              <w:rPr>
                <w:rFonts w:ascii="NanumBarunGothic" w:hAnsi="NanumBarunGothic" w:eastAsia="NanumBarunGothic"/>
                <w:b w:val="0"/>
                <w:sz w:val="17"/>
              </w:rPr>
              <w:t>0 / 1 / 2 / 3</w:t>
            </w:r>
          </w:p>
        </w:tc>
      </w:tr>
      <w:tr>
        <w:trPr>
          <w:cantSplit/>
        </w:trPr>
        <w:tc>
          <w:tcPr>
            <w:tcW w:type="dxa" w:w="691"/>
            <w:tcMar>
              <w:top w:w="80" w:type="dxa"/>
              <w:start w:w="80" w:type="dxa"/>
              <w:bottom w:w="80" w:type="dxa"/>
              <w:end w:w="80" w:type="dxa"/>
            </w:tcMar>
            <w:vAlign w:val="top"/>
          </w:tcPr>
          <w:p>
            <w:pPr>
              <w:jc w:val="center"/>
            </w:pPr>
            <w:r/>
            <w:r>
              <w:rPr>
                <w:rFonts w:ascii="NanumBarunGothic" w:hAnsi="NanumBarunGothic" w:eastAsia="NanumBarunGothic"/>
                <w:b/>
                <w:sz w:val="16"/>
              </w:rPr>
              <w:t>17</w:t>
            </w:r>
          </w:p>
        </w:tc>
        <w:tc>
          <w:tcPr>
            <w:tcW w:type="dxa" w:w="4680"/>
            <w:tcMar>
              <w:top w:w="80" w:type="dxa"/>
              <w:start w:w="80" w:type="dxa"/>
              <w:bottom w:w="80" w:type="dxa"/>
              <w:end w:w="80" w:type="dxa"/>
            </w:tcMar>
            <w:vAlign w:val="top"/>
          </w:tcPr>
          <w:p>
            <w:r>
              <w:rPr>
                <w:b/>
                <w:color w:val="1F4E79"/>
              </w:rPr>
            </w:r>
            <w:r>
              <w:rPr>
                <w:rFonts w:ascii="NanumBarunGothic" w:hAnsi="NanumBarunGothic" w:eastAsia="NanumBarunGothic"/>
                <w:b w:val="0"/>
                <w:sz w:val="16"/>
              </w:rPr>
              <w:t>Method</w:t>
            </w:r>
            <w:r>
              <w:br/>
            </w:r>
            <w:r>
              <w:rPr>
                <w:rFonts w:ascii="NanumBarunGothic" w:hAnsi="NanumBarunGothic" w:eastAsia="NanumBarunGothic"/>
                <w:b w:val="0"/>
                <w:sz w:val="16"/>
              </w:rPr>
              <w:t>핵심 component는 무엇인가?</w:t>
            </w:r>
          </w:p>
        </w:tc>
        <w:tc>
          <w:tcPr>
            <w:tcW w:type="dxa" w:w="8136"/>
            <w:tcMar>
              <w:top w:w="80" w:type="dxa"/>
              <w:start w:w="80" w:type="dxa"/>
              <w:bottom w:w="80" w:type="dxa"/>
              <w:end w:w="80" w:type="dxa"/>
            </w:tcMar>
            <w:vAlign w:val="top"/>
            <w:shd w:fill="F2F2F2"/>
          </w:tcPr>
          <w:p>
            <w:r/>
            <w:r>
              <w:rPr>
                <w:rFonts w:ascii="NanumBarunGothic" w:hAnsi="NanumBarunGothic" w:eastAsia="NanumBarunGothic"/>
                <w:b w:val="0"/>
                <w:color w:val="666666"/>
                <w:sz w:val="16"/>
              </w:rPr>
              <w:t>2–4개의 component와 역할을 적는다.</w:t>
            </w:r>
          </w:p>
        </w:tc>
        <w:tc>
          <w:tcPr>
            <w:tcW w:type="dxa" w:w="1800"/>
            <w:tcMar>
              <w:top w:w="80" w:type="dxa"/>
              <w:start w:w="80" w:type="dxa"/>
              <w:bottom w:w="80" w:type="dxa"/>
              <w:end w:w="80" w:type="dxa"/>
            </w:tcMar>
            <w:vAlign w:val="top"/>
          </w:tcPr>
          <w:p>
            <w:pPr>
              <w:jc w:val="center"/>
            </w:pPr>
            <w:r/>
            <w:r>
              <w:rPr>
                <w:rFonts w:ascii="NanumBarunGothic" w:hAnsi="NanumBarunGothic" w:eastAsia="NanumBarunGothic"/>
                <w:b w:val="0"/>
                <w:sz w:val="17"/>
              </w:rPr>
              <w:t>0 / 1 / 2 / 3</w:t>
            </w:r>
          </w:p>
        </w:tc>
      </w:tr>
      <w:tr>
        <w:trPr>
          <w:cantSplit/>
        </w:trPr>
        <w:tc>
          <w:tcPr>
            <w:tcW w:type="dxa" w:w="691"/>
            <w:tcMar>
              <w:top w:w="80" w:type="dxa"/>
              <w:start w:w="80" w:type="dxa"/>
              <w:bottom w:w="80" w:type="dxa"/>
              <w:end w:w="80" w:type="dxa"/>
            </w:tcMar>
            <w:vAlign w:val="top"/>
          </w:tcPr>
          <w:p>
            <w:pPr>
              <w:jc w:val="center"/>
            </w:pPr>
            <w:r/>
            <w:r>
              <w:rPr>
                <w:rFonts w:ascii="NanumBarunGothic" w:hAnsi="NanumBarunGothic" w:eastAsia="NanumBarunGothic"/>
                <w:b/>
                <w:sz w:val="16"/>
              </w:rPr>
              <w:t>18</w:t>
            </w:r>
          </w:p>
        </w:tc>
        <w:tc>
          <w:tcPr>
            <w:tcW w:type="dxa" w:w="4680"/>
            <w:tcMar>
              <w:top w:w="80" w:type="dxa"/>
              <w:start w:w="80" w:type="dxa"/>
              <w:bottom w:w="80" w:type="dxa"/>
              <w:end w:w="80" w:type="dxa"/>
            </w:tcMar>
            <w:vAlign w:val="top"/>
          </w:tcPr>
          <w:p>
            <w:r>
              <w:rPr>
                <w:b/>
                <w:color w:val="1F4E79"/>
              </w:rPr>
            </w:r>
            <w:r>
              <w:rPr>
                <w:rFonts w:ascii="NanumBarunGothic" w:hAnsi="NanumBarunGothic" w:eastAsia="NanumBarunGothic"/>
                <w:b w:val="0"/>
                <w:sz w:val="16"/>
              </w:rPr>
              <w:t>Method</w:t>
            </w:r>
            <w:r>
              <w:br/>
            </w:r>
            <w:r>
              <w:rPr>
                <w:rFonts w:ascii="NanumBarunGothic" w:hAnsi="NanumBarunGothic" w:eastAsia="NanumBarunGothic"/>
                <w:b w:val="0"/>
                <w:sz w:val="16"/>
              </w:rPr>
              <w:t>설계가 왜 합리적인가?</w:t>
            </w:r>
          </w:p>
        </w:tc>
        <w:tc>
          <w:tcPr>
            <w:tcW w:type="dxa" w:w="8136"/>
            <w:tcMar>
              <w:top w:w="80" w:type="dxa"/>
              <w:start w:w="80" w:type="dxa"/>
              <w:bottom w:w="80" w:type="dxa"/>
              <w:end w:w="80" w:type="dxa"/>
            </w:tcMar>
            <w:vAlign w:val="top"/>
            <w:shd w:fill="F2F2F2"/>
          </w:tcPr>
          <w:p>
            <w:r/>
            <w:r>
              <w:rPr>
                <w:rFonts w:ascii="NanumBarunGothic" w:hAnsi="NanumBarunGothic" w:eastAsia="NanumBarunGothic"/>
                <w:b w:val="0"/>
                <w:color w:val="666666"/>
                <w:sz w:val="16"/>
              </w:rPr>
              <w:t>주요 설계 결정의 근거를 적는다.</w:t>
            </w:r>
          </w:p>
        </w:tc>
        <w:tc>
          <w:tcPr>
            <w:tcW w:type="dxa" w:w="1800"/>
            <w:tcMar>
              <w:top w:w="80" w:type="dxa"/>
              <w:start w:w="80" w:type="dxa"/>
              <w:bottom w:w="80" w:type="dxa"/>
              <w:end w:w="80" w:type="dxa"/>
            </w:tcMar>
            <w:vAlign w:val="top"/>
          </w:tcPr>
          <w:p>
            <w:pPr>
              <w:jc w:val="center"/>
            </w:pPr>
            <w:r/>
            <w:r>
              <w:rPr>
                <w:rFonts w:ascii="NanumBarunGothic" w:hAnsi="NanumBarunGothic" w:eastAsia="NanumBarunGothic"/>
                <w:b w:val="0"/>
                <w:sz w:val="17"/>
              </w:rPr>
              <w:t>0 / 1 / 2 / 3</w:t>
            </w:r>
          </w:p>
        </w:tc>
      </w:tr>
      <w:tr>
        <w:trPr>
          <w:cantSplit/>
        </w:trPr>
        <w:tc>
          <w:tcPr>
            <w:tcW w:type="dxa" w:w="691"/>
            <w:tcMar>
              <w:top w:w="80" w:type="dxa"/>
              <w:start w:w="80" w:type="dxa"/>
              <w:bottom w:w="80" w:type="dxa"/>
              <w:end w:w="80" w:type="dxa"/>
            </w:tcMar>
            <w:vAlign w:val="top"/>
          </w:tcPr>
          <w:p>
            <w:pPr>
              <w:jc w:val="center"/>
            </w:pPr>
            <w:r/>
            <w:r>
              <w:rPr>
                <w:rFonts w:ascii="NanumBarunGothic" w:hAnsi="NanumBarunGothic" w:eastAsia="NanumBarunGothic"/>
                <w:b/>
                <w:sz w:val="16"/>
              </w:rPr>
              <w:t>19</w:t>
            </w:r>
          </w:p>
        </w:tc>
        <w:tc>
          <w:tcPr>
            <w:tcW w:type="dxa" w:w="4680"/>
            <w:tcMar>
              <w:top w:w="80" w:type="dxa"/>
              <w:start w:w="80" w:type="dxa"/>
              <w:bottom w:w="80" w:type="dxa"/>
              <w:end w:w="80" w:type="dxa"/>
            </w:tcMar>
            <w:vAlign w:val="top"/>
          </w:tcPr>
          <w:p>
            <w:r>
              <w:rPr>
                <w:b/>
                <w:color w:val="1F4E79"/>
              </w:rPr>
            </w:r>
            <w:r>
              <w:rPr>
                <w:rFonts w:ascii="NanumBarunGothic" w:hAnsi="NanumBarunGothic" w:eastAsia="NanumBarunGothic"/>
                <w:b w:val="0"/>
                <w:sz w:val="16"/>
              </w:rPr>
              <w:t>Method</w:t>
            </w:r>
            <w:r>
              <w:br/>
            </w:r>
            <w:r>
              <w:rPr>
                <w:rFonts w:ascii="NanumBarunGothic" w:hAnsi="NanumBarunGothic" w:eastAsia="NanumBarunGothic"/>
                <w:b w:val="0"/>
                <w:sz w:val="16"/>
              </w:rPr>
              <w:t>방법이 전제하는 가정은 무엇인가?</w:t>
            </w:r>
          </w:p>
        </w:tc>
        <w:tc>
          <w:tcPr>
            <w:tcW w:type="dxa" w:w="8136"/>
            <w:tcMar>
              <w:top w:w="80" w:type="dxa"/>
              <w:start w:w="80" w:type="dxa"/>
              <w:bottom w:w="80" w:type="dxa"/>
              <w:end w:w="80" w:type="dxa"/>
            </w:tcMar>
            <w:vAlign w:val="top"/>
            <w:shd w:fill="F2F2F2"/>
          </w:tcPr>
          <w:p>
            <w:r/>
            <w:r>
              <w:rPr>
                <w:rFonts w:ascii="NanumBarunGothic" w:hAnsi="NanumBarunGothic" w:eastAsia="NanumBarunGothic"/>
                <w:b w:val="0"/>
                <w:color w:val="666666"/>
                <w:sz w:val="16"/>
              </w:rPr>
              <w:t>데이터, 사용자, 하드웨어, 환경, threat model 등에 대한 가정을 적는다.</w:t>
            </w:r>
          </w:p>
        </w:tc>
        <w:tc>
          <w:tcPr>
            <w:tcW w:type="dxa" w:w="1800"/>
            <w:tcMar>
              <w:top w:w="80" w:type="dxa"/>
              <w:start w:w="80" w:type="dxa"/>
              <w:bottom w:w="80" w:type="dxa"/>
              <w:end w:w="80" w:type="dxa"/>
            </w:tcMar>
            <w:vAlign w:val="top"/>
          </w:tcPr>
          <w:p>
            <w:pPr>
              <w:jc w:val="center"/>
            </w:pPr>
            <w:r/>
            <w:r>
              <w:rPr>
                <w:rFonts w:ascii="NanumBarunGothic" w:hAnsi="NanumBarunGothic" w:eastAsia="NanumBarunGothic"/>
                <w:b w:val="0"/>
                <w:sz w:val="17"/>
              </w:rPr>
              <w:t>0 / 1 / 2 / 3</w:t>
            </w:r>
          </w:p>
        </w:tc>
      </w:tr>
      <w:tr>
        <w:trPr>
          <w:cantSplit/>
        </w:trPr>
        <w:tc>
          <w:tcPr>
            <w:tcW w:type="dxa" w:w="691"/>
            <w:tcMar>
              <w:top w:w="80" w:type="dxa"/>
              <w:start w:w="80" w:type="dxa"/>
              <w:bottom w:w="80" w:type="dxa"/>
              <w:end w:w="80" w:type="dxa"/>
            </w:tcMar>
            <w:vAlign w:val="top"/>
          </w:tcPr>
          <w:p>
            <w:pPr>
              <w:jc w:val="center"/>
            </w:pPr>
            <w:r/>
            <w:r>
              <w:rPr>
                <w:rFonts w:ascii="NanumBarunGothic" w:hAnsi="NanumBarunGothic" w:eastAsia="NanumBarunGothic"/>
                <w:b/>
                <w:sz w:val="16"/>
              </w:rPr>
              <w:t>20</w:t>
            </w:r>
          </w:p>
        </w:tc>
        <w:tc>
          <w:tcPr>
            <w:tcW w:type="dxa" w:w="4680"/>
            <w:tcMar>
              <w:top w:w="80" w:type="dxa"/>
              <w:start w:w="80" w:type="dxa"/>
              <w:bottom w:w="80" w:type="dxa"/>
              <w:end w:w="80" w:type="dxa"/>
            </w:tcMar>
            <w:vAlign w:val="top"/>
          </w:tcPr>
          <w:p>
            <w:r>
              <w:rPr>
                <w:b/>
                <w:color w:val="1F4E79"/>
              </w:rPr>
            </w:r>
            <w:r>
              <w:rPr>
                <w:rFonts w:ascii="NanumBarunGothic" w:hAnsi="NanumBarunGothic" w:eastAsia="NanumBarunGothic"/>
                <w:b w:val="0"/>
                <w:sz w:val="16"/>
              </w:rPr>
              <w:t>Evaluation</w:t>
            </w:r>
            <w:r>
              <w:br/>
            </w:r>
            <w:r>
              <w:rPr>
                <w:rFonts w:ascii="NanumBarunGothic" w:hAnsi="NanumBarunGothic" w:eastAsia="NanumBarunGothic"/>
                <w:b w:val="0"/>
                <w:sz w:val="16"/>
              </w:rPr>
              <w:t>실험으로 답할 research question은 무엇인가?</w:t>
            </w:r>
          </w:p>
        </w:tc>
        <w:tc>
          <w:tcPr>
            <w:tcW w:type="dxa" w:w="8136"/>
            <w:tcMar>
              <w:top w:w="80" w:type="dxa"/>
              <w:start w:w="80" w:type="dxa"/>
              <w:bottom w:w="80" w:type="dxa"/>
              <w:end w:w="80" w:type="dxa"/>
            </w:tcMar>
            <w:vAlign w:val="top"/>
            <w:shd w:fill="F2F2F2"/>
          </w:tcPr>
          <w:p>
            <w:r/>
            <w:r>
              <w:rPr>
                <w:rFonts w:ascii="NanumBarunGothic" w:hAnsi="NanumBarunGothic" w:eastAsia="NanumBarunGothic"/>
                <w:b w:val="0"/>
                <w:color w:val="666666"/>
                <w:sz w:val="16"/>
              </w:rPr>
              <w:t>가능하면 RQ1, RQ2, RQ3 형태로 적는다.</w:t>
            </w:r>
          </w:p>
        </w:tc>
        <w:tc>
          <w:tcPr>
            <w:tcW w:type="dxa" w:w="1800"/>
            <w:tcMar>
              <w:top w:w="80" w:type="dxa"/>
              <w:start w:w="80" w:type="dxa"/>
              <w:bottom w:w="80" w:type="dxa"/>
              <w:end w:w="80" w:type="dxa"/>
            </w:tcMar>
            <w:vAlign w:val="top"/>
          </w:tcPr>
          <w:p>
            <w:pPr>
              <w:jc w:val="center"/>
            </w:pPr>
            <w:r/>
            <w:r>
              <w:rPr>
                <w:rFonts w:ascii="NanumBarunGothic" w:hAnsi="NanumBarunGothic" w:eastAsia="NanumBarunGothic"/>
                <w:b w:val="0"/>
                <w:sz w:val="17"/>
              </w:rPr>
              <w:t>0 / 1 / 2 / 3</w:t>
            </w:r>
          </w:p>
        </w:tc>
      </w:tr>
      <w:tr>
        <w:trPr>
          <w:cantSplit/>
        </w:trPr>
        <w:tc>
          <w:tcPr>
            <w:tcW w:type="dxa" w:w="691"/>
            <w:tcMar>
              <w:top w:w="80" w:type="dxa"/>
              <w:start w:w="80" w:type="dxa"/>
              <w:bottom w:w="80" w:type="dxa"/>
              <w:end w:w="80" w:type="dxa"/>
            </w:tcMar>
            <w:vAlign w:val="top"/>
          </w:tcPr>
          <w:p>
            <w:pPr>
              <w:jc w:val="center"/>
            </w:pPr>
            <w:r/>
            <w:r>
              <w:rPr>
                <w:rFonts w:ascii="NanumBarunGothic" w:hAnsi="NanumBarunGothic" w:eastAsia="NanumBarunGothic"/>
                <w:b/>
                <w:sz w:val="16"/>
              </w:rPr>
              <w:t>21</w:t>
            </w:r>
          </w:p>
        </w:tc>
        <w:tc>
          <w:tcPr>
            <w:tcW w:type="dxa" w:w="4680"/>
            <w:tcMar>
              <w:top w:w="80" w:type="dxa"/>
              <w:start w:w="80" w:type="dxa"/>
              <w:bottom w:w="80" w:type="dxa"/>
              <w:end w:w="80" w:type="dxa"/>
            </w:tcMar>
            <w:vAlign w:val="top"/>
          </w:tcPr>
          <w:p>
            <w:r>
              <w:rPr>
                <w:b/>
                <w:color w:val="1F4E79"/>
              </w:rPr>
            </w:r>
            <w:r>
              <w:rPr>
                <w:rFonts w:ascii="NanumBarunGothic" w:hAnsi="NanumBarunGothic" w:eastAsia="NanumBarunGothic"/>
                <w:b w:val="0"/>
                <w:sz w:val="16"/>
              </w:rPr>
              <w:t>Evaluation</w:t>
            </w:r>
            <w:r>
              <w:br/>
            </w:r>
            <w:r>
              <w:rPr>
                <w:rFonts w:ascii="NanumBarunGothic" w:hAnsi="NanumBarunGothic" w:eastAsia="NanumBarunGothic"/>
                <w:b w:val="0"/>
                <w:sz w:val="16"/>
              </w:rPr>
              <w:t>사용할 baseline은 무엇인가?</w:t>
            </w:r>
          </w:p>
        </w:tc>
        <w:tc>
          <w:tcPr>
            <w:tcW w:type="dxa" w:w="8136"/>
            <w:tcMar>
              <w:top w:w="80" w:type="dxa"/>
              <w:start w:w="80" w:type="dxa"/>
              <w:bottom w:w="80" w:type="dxa"/>
              <w:end w:w="80" w:type="dxa"/>
            </w:tcMar>
            <w:vAlign w:val="top"/>
            <w:shd w:fill="F2F2F2"/>
          </w:tcPr>
          <w:p>
            <w:r/>
            <w:r>
              <w:rPr>
                <w:rFonts w:ascii="NanumBarunGothic" w:hAnsi="NanumBarunGothic" w:eastAsia="NanumBarunGothic"/>
                <w:b w:val="0"/>
                <w:color w:val="666666"/>
                <w:sz w:val="16"/>
              </w:rPr>
              <w:t>강한 baseline, 최근 baseline, 단순 baseline, ablation baseline을 포함한다.</w:t>
            </w:r>
          </w:p>
        </w:tc>
        <w:tc>
          <w:tcPr>
            <w:tcW w:type="dxa" w:w="1800"/>
            <w:tcMar>
              <w:top w:w="80" w:type="dxa"/>
              <w:start w:w="80" w:type="dxa"/>
              <w:bottom w:w="80" w:type="dxa"/>
              <w:end w:w="80" w:type="dxa"/>
            </w:tcMar>
            <w:vAlign w:val="top"/>
          </w:tcPr>
          <w:p>
            <w:pPr>
              <w:jc w:val="center"/>
            </w:pPr>
            <w:r/>
            <w:r>
              <w:rPr>
                <w:rFonts w:ascii="NanumBarunGothic" w:hAnsi="NanumBarunGothic" w:eastAsia="NanumBarunGothic"/>
                <w:b w:val="0"/>
                <w:sz w:val="17"/>
              </w:rPr>
              <w:t>0 / 1 / 2 / 3</w:t>
            </w:r>
          </w:p>
        </w:tc>
      </w:tr>
      <w:tr>
        <w:trPr>
          <w:cantSplit/>
        </w:trPr>
        <w:tc>
          <w:tcPr>
            <w:tcW w:type="dxa" w:w="691"/>
            <w:tcMar>
              <w:top w:w="80" w:type="dxa"/>
              <w:start w:w="80" w:type="dxa"/>
              <w:bottom w:w="80" w:type="dxa"/>
              <w:end w:w="80" w:type="dxa"/>
            </w:tcMar>
            <w:vAlign w:val="top"/>
          </w:tcPr>
          <w:p>
            <w:pPr>
              <w:jc w:val="center"/>
            </w:pPr>
            <w:r/>
            <w:r>
              <w:rPr>
                <w:rFonts w:ascii="NanumBarunGothic" w:hAnsi="NanumBarunGothic" w:eastAsia="NanumBarunGothic"/>
                <w:b/>
                <w:sz w:val="16"/>
              </w:rPr>
              <w:t>22</w:t>
            </w:r>
          </w:p>
        </w:tc>
        <w:tc>
          <w:tcPr>
            <w:tcW w:type="dxa" w:w="4680"/>
            <w:tcMar>
              <w:top w:w="80" w:type="dxa"/>
              <w:start w:w="80" w:type="dxa"/>
              <w:bottom w:w="80" w:type="dxa"/>
              <w:end w:w="80" w:type="dxa"/>
            </w:tcMar>
            <w:vAlign w:val="top"/>
          </w:tcPr>
          <w:p>
            <w:r>
              <w:rPr>
                <w:b/>
                <w:color w:val="1F4E79"/>
              </w:rPr>
            </w:r>
            <w:r>
              <w:rPr>
                <w:rFonts w:ascii="NanumBarunGothic" w:hAnsi="NanumBarunGothic" w:eastAsia="NanumBarunGothic"/>
                <w:b w:val="0"/>
                <w:sz w:val="16"/>
              </w:rPr>
              <w:t>Evaluation</w:t>
            </w:r>
            <w:r>
              <w:br/>
            </w:r>
            <w:r>
              <w:rPr>
                <w:rFonts w:ascii="NanumBarunGothic" w:hAnsi="NanumBarunGothic" w:eastAsia="NanumBarunGothic"/>
                <w:b w:val="0"/>
                <w:sz w:val="16"/>
              </w:rPr>
              <w:t>사용할 metric은 무엇인가?</w:t>
            </w:r>
          </w:p>
        </w:tc>
        <w:tc>
          <w:tcPr>
            <w:tcW w:type="dxa" w:w="8136"/>
            <w:tcMar>
              <w:top w:w="80" w:type="dxa"/>
              <w:start w:w="80" w:type="dxa"/>
              <w:bottom w:w="80" w:type="dxa"/>
              <w:end w:w="80" w:type="dxa"/>
            </w:tcMar>
            <w:vAlign w:val="top"/>
            <w:shd w:fill="F2F2F2"/>
          </w:tcPr>
          <w:p>
            <w:r/>
            <w:r>
              <w:rPr>
                <w:rFonts w:ascii="NanumBarunGothic" w:hAnsi="NanumBarunGothic" w:eastAsia="NanumBarunGothic"/>
                <w:b w:val="0"/>
                <w:color w:val="666666"/>
                <w:sz w:val="16"/>
              </w:rPr>
              <w:t>primary metric과 secondary metric을 정의한다.</w:t>
            </w:r>
          </w:p>
        </w:tc>
        <w:tc>
          <w:tcPr>
            <w:tcW w:type="dxa" w:w="1800"/>
            <w:tcMar>
              <w:top w:w="80" w:type="dxa"/>
              <w:start w:w="80" w:type="dxa"/>
              <w:bottom w:w="80" w:type="dxa"/>
              <w:end w:w="80" w:type="dxa"/>
            </w:tcMar>
            <w:vAlign w:val="top"/>
          </w:tcPr>
          <w:p>
            <w:pPr>
              <w:jc w:val="center"/>
            </w:pPr>
            <w:r/>
            <w:r>
              <w:rPr>
                <w:rFonts w:ascii="NanumBarunGothic" w:hAnsi="NanumBarunGothic" w:eastAsia="NanumBarunGothic"/>
                <w:b w:val="0"/>
                <w:sz w:val="17"/>
              </w:rPr>
              <w:t>0 / 1 / 2 / 3</w:t>
            </w:r>
          </w:p>
        </w:tc>
      </w:tr>
      <w:tr>
        <w:trPr>
          <w:cantSplit/>
        </w:trPr>
        <w:tc>
          <w:tcPr>
            <w:tcW w:type="dxa" w:w="691"/>
            <w:tcMar>
              <w:top w:w="80" w:type="dxa"/>
              <w:start w:w="80" w:type="dxa"/>
              <w:bottom w:w="80" w:type="dxa"/>
              <w:end w:w="80" w:type="dxa"/>
            </w:tcMar>
            <w:vAlign w:val="top"/>
          </w:tcPr>
          <w:p>
            <w:pPr>
              <w:jc w:val="center"/>
            </w:pPr>
            <w:r/>
            <w:r>
              <w:rPr>
                <w:rFonts w:ascii="NanumBarunGothic" w:hAnsi="NanumBarunGothic" w:eastAsia="NanumBarunGothic"/>
                <w:b/>
                <w:sz w:val="16"/>
              </w:rPr>
              <w:t>23</w:t>
            </w:r>
          </w:p>
        </w:tc>
        <w:tc>
          <w:tcPr>
            <w:tcW w:type="dxa" w:w="4680"/>
            <w:tcMar>
              <w:top w:w="80" w:type="dxa"/>
              <w:start w:w="80" w:type="dxa"/>
              <w:bottom w:w="80" w:type="dxa"/>
              <w:end w:w="80" w:type="dxa"/>
            </w:tcMar>
            <w:vAlign w:val="top"/>
          </w:tcPr>
          <w:p>
            <w:r>
              <w:rPr>
                <w:b/>
                <w:color w:val="1F4E79"/>
              </w:rPr>
            </w:r>
            <w:r>
              <w:rPr>
                <w:rFonts w:ascii="NanumBarunGothic" w:hAnsi="NanumBarunGothic" w:eastAsia="NanumBarunGothic"/>
                <w:b w:val="0"/>
                <w:sz w:val="16"/>
              </w:rPr>
              <w:t>Evaluation</w:t>
            </w:r>
            <w:r>
              <w:br/>
            </w:r>
            <w:r>
              <w:rPr>
                <w:rFonts w:ascii="NanumBarunGothic" w:hAnsi="NanumBarunGothic" w:eastAsia="NanumBarunGothic"/>
                <w:b w:val="0"/>
                <w:sz w:val="16"/>
              </w:rPr>
              <w:t>어떤 데이터, 사용자, 환경에서 평가할 것인가?</w:t>
            </w:r>
          </w:p>
        </w:tc>
        <w:tc>
          <w:tcPr>
            <w:tcW w:type="dxa" w:w="8136"/>
            <w:tcMar>
              <w:top w:w="80" w:type="dxa"/>
              <w:start w:w="80" w:type="dxa"/>
              <w:bottom w:w="80" w:type="dxa"/>
              <w:end w:w="80" w:type="dxa"/>
            </w:tcMar>
            <w:vAlign w:val="top"/>
            <w:shd w:fill="F2F2F2"/>
          </w:tcPr>
          <w:p>
            <w:r/>
            <w:r>
              <w:rPr>
                <w:rFonts w:ascii="NanumBarunGothic" w:hAnsi="NanumBarunGothic" w:eastAsia="NanumBarunGothic"/>
                <w:b w:val="0"/>
                <w:color w:val="666666"/>
                <w:sz w:val="16"/>
              </w:rPr>
              <w:t>데이터셋, 참여자, 장비, 장소, 조건을 구체화한다.</w:t>
            </w:r>
          </w:p>
        </w:tc>
        <w:tc>
          <w:tcPr>
            <w:tcW w:type="dxa" w:w="1800"/>
            <w:tcMar>
              <w:top w:w="80" w:type="dxa"/>
              <w:start w:w="80" w:type="dxa"/>
              <w:bottom w:w="80" w:type="dxa"/>
              <w:end w:w="80" w:type="dxa"/>
            </w:tcMar>
            <w:vAlign w:val="top"/>
          </w:tcPr>
          <w:p>
            <w:pPr>
              <w:jc w:val="center"/>
            </w:pPr>
            <w:r/>
            <w:r>
              <w:rPr>
                <w:rFonts w:ascii="NanumBarunGothic" w:hAnsi="NanumBarunGothic" w:eastAsia="NanumBarunGothic"/>
                <w:b w:val="0"/>
                <w:sz w:val="17"/>
              </w:rPr>
              <w:t>0 / 1 / 2 / 3</w:t>
            </w:r>
          </w:p>
        </w:tc>
      </w:tr>
      <w:tr>
        <w:trPr>
          <w:cantSplit/>
        </w:trPr>
        <w:tc>
          <w:tcPr>
            <w:tcW w:type="dxa" w:w="691"/>
            <w:tcMar>
              <w:top w:w="80" w:type="dxa"/>
              <w:start w:w="80" w:type="dxa"/>
              <w:bottom w:w="80" w:type="dxa"/>
              <w:end w:w="80" w:type="dxa"/>
            </w:tcMar>
            <w:vAlign w:val="top"/>
          </w:tcPr>
          <w:p>
            <w:pPr>
              <w:jc w:val="center"/>
            </w:pPr>
            <w:r/>
            <w:r>
              <w:rPr>
                <w:rFonts w:ascii="NanumBarunGothic" w:hAnsi="NanumBarunGothic" w:eastAsia="NanumBarunGothic"/>
                <w:b/>
                <w:sz w:val="16"/>
              </w:rPr>
              <w:t>24</w:t>
            </w:r>
          </w:p>
        </w:tc>
        <w:tc>
          <w:tcPr>
            <w:tcW w:type="dxa" w:w="4680"/>
            <w:tcMar>
              <w:top w:w="80" w:type="dxa"/>
              <w:start w:w="80" w:type="dxa"/>
              <w:bottom w:w="80" w:type="dxa"/>
              <w:end w:w="80" w:type="dxa"/>
            </w:tcMar>
            <w:vAlign w:val="top"/>
          </w:tcPr>
          <w:p>
            <w:r>
              <w:rPr>
                <w:b/>
                <w:color w:val="1F4E79"/>
              </w:rPr>
            </w:r>
            <w:r>
              <w:rPr>
                <w:rFonts w:ascii="NanumBarunGothic" w:hAnsi="NanumBarunGothic" w:eastAsia="NanumBarunGothic"/>
                <w:b w:val="0"/>
                <w:sz w:val="16"/>
              </w:rPr>
              <w:t>Evaluation</w:t>
            </w:r>
            <w:r>
              <w:br/>
            </w:r>
            <w:r>
              <w:rPr>
                <w:rFonts w:ascii="NanumBarunGothic" w:hAnsi="NanumBarunGothic" w:eastAsia="NanumBarunGothic"/>
                <w:b w:val="0"/>
                <w:sz w:val="16"/>
              </w:rPr>
              <w:t>어떤 ablation study가 필요한가?</w:t>
            </w:r>
          </w:p>
        </w:tc>
        <w:tc>
          <w:tcPr>
            <w:tcW w:type="dxa" w:w="8136"/>
            <w:tcMar>
              <w:top w:w="80" w:type="dxa"/>
              <w:start w:w="80" w:type="dxa"/>
              <w:bottom w:w="80" w:type="dxa"/>
              <w:end w:w="80" w:type="dxa"/>
            </w:tcMar>
            <w:vAlign w:val="top"/>
            <w:shd w:fill="F2F2F2"/>
          </w:tcPr>
          <w:p>
            <w:r/>
            <w:r>
              <w:rPr>
                <w:rFonts w:ascii="NanumBarunGothic" w:hAnsi="NanumBarunGothic" w:eastAsia="NanumBarunGothic"/>
                <w:b w:val="0"/>
                <w:color w:val="666666"/>
                <w:sz w:val="16"/>
              </w:rPr>
              <w:t>각 component가 필요한 이유를 보인다.</w:t>
            </w:r>
          </w:p>
        </w:tc>
        <w:tc>
          <w:tcPr>
            <w:tcW w:type="dxa" w:w="1800"/>
            <w:tcMar>
              <w:top w:w="80" w:type="dxa"/>
              <w:start w:w="80" w:type="dxa"/>
              <w:bottom w:w="80" w:type="dxa"/>
              <w:end w:w="80" w:type="dxa"/>
            </w:tcMar>
            <w:vAlign w:val="top"/>
          </w:tcPr>
          <w:p>
            <w:pPr>
              <w:jc w:val="center"/>
            </w:pPr>
            <w:r/>
            <w:r>
              <w:rPr>
                <w:rFonts w:ascii="NanumBarunGothic" w:hAnsi="NanumBarunGothic" w:eastAsia="NanumBarunGothic"/>
                <w:b w:val="0"/>
                <w:sz w:val="17"/>
              </w:rPr>
              <w:t>0 / 1 / 2 / 3</w:t>
            </w:r>
          </w:p>
        </w:tc>
      </w:tr>
      <w:tr>
        <w:trPr>
          <w:cantSplit/>
        </w:trPr>
        <w:tc>
          <w:tcPr>
            <w:tcW w:type="dxa" w:w="691"/>
            <w:tcMar>
              <w:top w:w="80" w:type="dxa"/>
              <w:start w:w="80" w:type="dxa"/>
              <w:bottom w:w="80" w:type="dxa"/>
              <w:end w:w="80" w:type="dxa"/>
            </w:tcMar>
            <w:vAlign w:val="top"/>
          </w:tcPr>
          <w:p>
            <w:pPr>
              <w:jc w:val="center"/>
            </w:pPr>
            <w:r/>
            <w:r>
              <w:rPr>
                <w:rFonts w:ascii="NanumBarunGothic" w:hAnsi="NanumBarunGothic" w:eastAsia="NanumBarunGothic"/>
                <w:b/>
                <w:sz w:val="16"/>
              </w:rPr>
              <w:t>25</w:t>
            </w:r>
          </w:p>
        </w:tc>
        <w:tc>
          <w:tcPr>
            <w:tcW w:type="dxa" w:w="4680"/>
            <w:tcMar>
              <w:top w:w="80" w:type="dxa"/>
              <w:start w:w="80" w:type="dxa"/>
              <w:bottom w:w="80" w:type="dxa"/>
              <w:end w:w="80" w:type="dxa"/>
            </w:tcMar>
            <w:vAlign w:val="top"/>
          </w:tcPr>
          <w:p>
            <w:r>
              <w:rPr>
                <w:b/>
                <w:color w:val="1F4E79"/>
              </w:rPr>
            </w:r>
            <w:r>
              <w:rPr>
                <w:rFonts w:ascii="NanumBarunGothic" w:hAnsi="NanumBarunGothic" w:eastAsia="NanumBarunGothic"/>
                <w:b w:val="0"/>
                <w:sz w:val="16"/>
              </w:rPr>
              <w:t>Evaluation</w:t>
            </w:r>
            <w:r>
              <w:br/>
            </w:r>
            <w:r>
              <w:rPr>
                <w:rFonts w:ascii="NanumBarunGothic" w:hAnsi="NanumBarunGothic" w:eastAsia="NanumBarunGothic"/>
                <w:b w:val="0"/>
                <w:sz w:val="16"/>
              </w:rPr>
              <w:t>어떤 stress test 또는 robustness check가 필요한가?</w:t>
            </w:r>
          </w:p>
        </w:tc>
        <w:tc>
          <w:tcPr>
            <w:tcW w:type="dxa" w:w="8136"/>
            <w:tcMar>
              <w:top w:w="80" w:type="dxa"/>
              <w:start w:w="80" w:type="dxa"/>
              <w:bottom w:w="80" w:type="dxa"/>
              <w:end w:w="80" w:type="dxa"/>
            </w:tcMar>
            <w:vAlign w:val="top"/>
            <w:shd w:fill="F2F2F2"/>
          </w:tcPr>
          <w:p>
            <w:r/>
            <w:r>
              <w:rPr>
                <w:rFonts w:ascii="NanumBarunGothic" w:hAnsi="NanumBarunGothic" w:eastAsia="NanumBarunGothic"/>
                <w:b w:val="0"/>
                <w:color w:val="666666"/>
                <w:sz w:val="16"/>
              </w:rPr>
              <w:t>어렵고 현실적인 조건 또는 adversarial condition에서 테스트한다.</w:t>
            </w:r>
          </w:p>
        </w:tc>
        <w:tc>
          <w:tcPr>
            <w:tcW w:type="dxa" w:w="1800"/>
            <w:tcMar>
              <w:top w:w="80" w:type="dxa"/>
              <w:start w:w="80" w:type="dxa"/>
              <w:bottom w:w="80" w:type="dxa"/>
              <w:end w:w="80" w:type="dxa"/>
            </w:tcMar>
            <w:vAlign w:val="top"/>
          </w:tcPr>
          <w:p>
            <w:pPr>
              <w:jc w:val="center"/>
            </w:pPr>
            <w:r/>
            <w:r>
              <w:rPr>
                <w:rFonts w:ascii="NanumBarunGothic" w:hAnsi="NanumBarunGothic" w:eastAsia="NanumBarunGothic"/>
                <w:b w:val="0"/>
                <w:sz w:val="17"/>
              </w:rPr>
              <w:t>0 / 1 / 2 / 3</w:t>
            </w:r>
          </w:p>
        </w:tc>
      </w:tr>
      <w:tr>
        <w:trPr>
          <w:cantSplit/>
        </w:trPr>
        <w:tc>
          <w:tcPr>
            <w:tcW w:type="dxa" w:w="691"/>
            <w:tcMar>
              <w:top w:w="80" w:type="dxa"/>
              <w:start w:w="80" w:type="dxa"/>
              <w:bottom w:w="80" w:type="dxa"/>
              <w:end w:w="80" w:type="dxa"/>
            </w:tcMar>
            <w:vAlign w:val="top"/>
          </w:tcPr>
          <w:p>
            <w:pPr>
              <w:jc w:val="center"/>
            </w:pPr>
            <w:r/>
            <w:r>
              <w:rPr>
                <w:rFonts w:ascii="NanumBarunGothic" w:hAnsi="NanumBarunGothic" w:eastAsia="NanumBarunGothic"/>
                <w:b/>
                <w:sz w:val="16"/>
              </w:rPr>
              <w:t>26</w:t>
            </w:r>
          </w:p>
        </w:tc>
        <w:tc>
          <w:tcPr>
            <w:tcW w:type="dxa" w:w="4680"/>
            <w:tcMar>
              <w:top w:w="80" w:type="dxa"/>
              <w:start w:w="80" w:type="dxa"/>
              <w:bottom w:w="80" w:type="dxa"/>
              <w:end w:w="80" w:type="dxa"/>
            </w:tcMar>
            <w:vAlign w:val="top"/>
          </w:tcPr>
          <w:p>
            <w:r>
              <w:rPr>
                <w:b/>
                <w:color w:val="1F4E79"/>
              </w:rPr>
            </w:r>
            <w:r>
              <w:rPr>
                <w:rFonts w:ascii="NanumBarunGothic" w:hAnsi="NanumBarunGothic" w:eastAsia="NanumBarunGothic"/>
                <w:b w:val="0"/>
                <w:sz w:val="16"/>
              </w:rPr>
              <w:t>Evaluation</w:t>
            </w:r>
            <w:r>
              <w:br/>
            </w:r>
            <w:r>
              <w:rPr>
                <w:rFonts w:ascii="NanumBarunGothic" w:hAnsi="NanumBarunGothic" w:eastAsia="NanumBarunGothic"/>
                <w:b w:val="0"/>
                <w:sz w:val="16"/>
              </w:rPr>
              <w:t>편향된 평가를 어떻게 피할 것인가?</w:t>
            </w:r>
          </w:p>
        </w:tc>
        <w:tc>
          <w:tcPr>
            <w:tcW w:type="dxa" w:w="8136"/>
            <w:tcMar>
              <w:top w:w="80" w:type="dxa"/>
              <w:start w:w="80" w:type="dxa"/>
              <w:bottom w:w="80" w:type="dxa"/>
              <w:end w:w="80" w:type="dxa"/>
            </w:tcMar>
            <w:vAlign w:val="top"/>
            <w:shd w:fill="F2F2F2"/>
          </w:tcPr>
          <w:p>
            <w:r/>
            <w:r>
              <w:rPr>
                <w:rFonts w:ascii="NanumBarunGothic" w:hAnsi="NanumBarunGothic" w:eastAsia="NanumBarunGothic"/>
                <w:b w:val="0"/>
                <w:color w:val="666666"/>
                <w:sz w:val="16"/>
              </w:rPr>
              <w:t>metric, task, parameter, 제외 조건 선택을 정당화한다.</w:t>
            </w:r>
          </w:p>
        </w:tc>
        <w:tc>
          <w:tcPr>
            <w:tcW w:type="dxa" w:w="1800"/>
            <w:tcMar>
              <w:top w:w="80" w:type="dxa"/>
              <w:start w:w="80" w:type="dxa"/>
              <w:bottom w:w="80" w:type="dxa"/>
              <w:end w:w="80" w:type="dxa"/>
            </w:tcMar>
            <w:vAlign w:val="top"/>
          </w:tcPr>
          <w:p>
            <w:pPr>
              <w:jc w:val="center"/>
            </w:pPr>
            <w:r/>
            <w:r>
              <w:rPr>
                <w:rFonts w:ascii="NanumBarunGothic" w:hAnsi="NanumBarunGothic" w:eastAsia="NanumBarunGothic"/>
                <w:b w:val="0"/>
                <w:sz w:val="17"/>
              </w:rPr>
              <w:t>0 / 1 / 2 / 3</w:t>
            </w:r>
          </w:p>
        </w:tc>
      </w:tr>
      <w:tr>
        <w:trPr>
          <w:cantSplit/>
        </w:trPr>
        <w:tc>
          <w:tcPr>
            <w:tcW w:type="dxa" w:w="691"/>
            <w:tcMar>
              <w:top w:w="80" w:type="dxa"/>
              <w:start w:w="80" w:type="dxa"/>
              <w:bottom w:w="80" w:type="dxa"/>
              <w:end w:w="80" w:type="dxa"/>
            </w:tcMar>
            <w:vAlign w:val="top"/>
          </w:tcPr>
          <w:p>
            <w:pPr>
              <w:jc w:val="center"/>
            </w:pPr>
            <w:r/>
            <w:r>
              <w:rPr>
                <w:rFonts w:ascii="NanumBarunGothic" w:hAnsi="NanumBarunGothic" w:eastAsia="NanumBarunGothic"/>
                <w:b/>
                <w:sz w:val="16"/>
              </w:rPr>
              <w:t>27</w:t>
            </w:r>
          </w:p>
        </w:tc>
        <w:tc>
          <w:tcPr>
            <w:tcW w:type="dxa" w:w="4680"/>
            <w:tcMar>
              <w:top w:w="80" w:type="dxa"/>
              <w:start w:w="80" w:type="dxa"/>
              <w:bottom w:w="80" w:type="dxa"/>
              <w:end w:w="80" w:type="dxa"/>
            </w:tcMar>
            <w:vAlign w:val="top"/>
          </w:tcPr>
          <w:p>
            <w:r>
              <w:rPr>
                <w:b/>
                <w:color w:val="1F4E79"/>
              </w:rPr>
            </w:r>
            <w:r>
              <w:rPr>
                <w:rFonts w:ascii="NanumBarunGothic" w:hAnsi="NanumBarunGothic" w:eastAsia="NanumBarunGothic"/>
                <w:b w:val="0"/>
                <w:sz w:val="16"/>
              </w:rPr>
              <w:t>Limitations</w:t>
            </w:r>
            <w:r>
              <w:br/>
            </w:r>
            <w:r>
              <w:rPr>
                <w:rFonts w:ascii="NanumBarunGothic" w:hAnsi="NanumBarunGothic" w:eastAsia="NanumBarunGothic"/>
                <w:b w:val="0"/>
                <w:sz w:val="16"/>
              </w:rPr>
              <w:t>현재 알려진 한계는 무엇인가?</w:t>
            </w:r>
          </w:p>
        </w:tc>
        <w:tc>
          <w:tcPr>
            <w:tcW w:type="dxa" w:w="8136"/>
            <w:tcMar>
              <w:top w:w="80" w:type="dxa"/>
              <w:start w:w="80" w:type="dxa"/>
              <w:bottom w:w="80" w:type="dxa"/>
              <w:end w:w="80" w:type="dxa"/>
            </w:tcMar>
            <w:vAlign w:val="top"/>
            <w:shd w:fill="F2F2F2"/>
          </w:tcPr>
          <w:p>
            <w:r/>
            <w:r>
              <w:rPr>
                <w:rFonts w:ascii="NanumBarunGothic" w:hAnsi="NanumBarunGothic" w:eastAsia="NanumBarunGothic"/>
                <w:b w:val="0"/>
                <w:color w:val="666666"/>
                <w:sz w:val="16"/>
              </w:rPr>
              <w:t>정직하고 구체적으로 적는다.</w:t>
            </w:r>
          </w:p>
        </w:tc>
        <w:tc>
          <w:tcPr>
            <w:tcW w:type="dxa" w:w="1800"/>
            <w:tcMar>
              <w:top w:w="80" w:type="dxa"/>
              <w:start w:w="80" w:type="dxa"/>
              <w:bottom w:w="80" w:type="dxa"/>
              <w:end w:w="80" w:type="dxa"/>
            </w:tcMar>
            <w:vAlign w:val="top"/>
          </w:tcPr>
          <w:p>
            <w:pPr>
              <w:jc w:val="center"/>
            </w:pPr>
            <w:r/>
            <w:r>
              <w:rPr>
                <w:rFonts w:ascii="NanumBarunGothic" w:hAnsi="NanumBarunGothic" w:eastAsia="NanumBarunGothic"/>
                <w:b w:val="0"/>
                <w:sz w:val="17"/>
              </w:rPr>
              <w:t>0 / 1 / 2 / 3</w:t>
            </w:r>
          </w:p>
        </w:tc>
      </w:tr>
      <w:tr>
        <w:trPr>
          <w:cantSplit/>
        </w:trPr>
        <w:tc>
          <w:tcPr>
            <w:tcW w:type="dxa" w:w="691"/>
            <w:tcMar>
              <w:top w:w="80" w:type="dxa"/>
              <w:start w:w="80" w:type="dxa"/>
              <w:bottom w:w="80" w:type="dxa"/>
              <w:end w:w="80" w:type="dxa"/>
            </w:tcMar>
            <w:vAlign w:val="top"/>
          </w:tcPr>
          <w:p>
            <w:pPr>
              <w:jc w:val="center"/>
            </w:pPr>
            <w:r/>
            <w:r>
              <w:rPr>
                <w:rFonts w:ascii="NanumBarunGothic" w:hAnsi="NanumBarunGothic" w:eastAsia="NanumBarunGothic"/>
                <w:b/>
                <w:sz w:val="16"/>
              </w:rPr>
              <w:t>28</w:t>
            </w:r>
          </w:p>
        </w:tc>
        <w:tc>
          <w:tcPr>
            <w:tcW w:type="dxa" w:w="4680"/>
            <w:tcMar>
              <w:top w:w="80" w:type="dxa"/>
              <w:start w:w="80" w:type="dxa"/>
              <w:bottom w:w="80" w:type="dxa"/>
              <w:end w:w="80" w:type="dxa"/>
            </w:tcMar>
            <w:vAlign w:val="top"/>
          </w:tcPr>
          <w:p>
            <w:r>
              <w:rPr>
                <w:b/>
                <w:color w:val="1F4E79"/>
              </w:rPr>
            </w:r>
            <w:r>
              <w:rPr>
                <w:rFonts w:ascii="NanumBarunGothic" w:hAnsi="NanumBarunGothic" w:eastAsia="NanumBarunGothic"/>
                <w:b w:val="0"/>
                <w:sz w:val="16"/>
              </w:rPr>
              <w:t>Limitations</w:t>
            </w:r>
            <w:r>
              <w:br/>
            </w:r>
            <w:r>
              <w:rPr>
                <w:rFonts w:ascii="NanumBarunGothic" w:hAnsi="NanumBarunGothic" w:eastAsia="NanumBarunGothic"/>
                <w:b w:val="0"/>
                <w:sz w:val="16"/>
              </w:rPr>
              <w:t>실제 배포 시 남는 문제는 무엇인가?</w:t>
            </w:r>
          </w:p>
        </w:tc>
        <w:tc>
          <w:tcPr>
            <w:tcW w:type="dxa" w:w="8136"/>
            <w:tcMar>
              <w:top w:w="80" w:type="dxa"/>
              <w:start w:w="80" w:type="dxa"/>
              <w:bottom w:w="80" w:type="dxa"/>
              <w:end w:w="80" w:type="dxa"/>
            </w:tcMar>
            <w:vAlign w:val="top"/>
            <w:shd w:fill="F2F2F2"/>
          </w:tcPr>
          <w:p>
            <w:r/>
            <w:r>
              <w:rPr>
                <w:rFonts w:ascii="NanumBarunGothic" w:hAnsi="NanumBarunGothic" w:eastAsia="NanumBarunGothic"/>
                <w:b w:val="0"/>
                <w:color w:val="666666"/>
                <w:sz w:val="16"/>
              </w:rPr>
              <w:t>비용, 사용성, 프라이버시, runtime, 안전, 유지보수, 일반화 등을 고려한다.</w:t>
            </w:r>
          </w:p>
        </w:tc>
        <w:tc>
          <w:tcPr>
            <w:tcW w:type="dxa" w:w="1800"/>
            <w:tcMar>
              <w:top w:w="80" w:type="dxa"/>
              <w:start w:w="80" w:type="dxa"/>
              <w:bottom w:w="80" w:type="dxa"/>
              <w:end w:w="80" w:type="dxa"/>
            </w:tcMar>
            <w:vAlign w:val="top"/>
          </w:tcPr>
          <w:p>
            <w:pPr>
              <w:jc w:val="center"/>
            </w:pPr>
            <w:r/>
            <w:r>
              <w:rPr>
                <w:rFonts w:ascii="NanumBarunGothic" w:hAnsi="NanumBarunGothic" w:eastAsia="NanumBarunGothic"/>
                <w:b w:val="0"/>
                <w:sz w:val="17"/>
              </w:rPr>
              <w:t>0 / 1 / 2 / 3</w:t>
            </w:r>
          </w:p>
        </w:tc>
      </w:tr>
      <w:tr>
        <w:trPr>
          <w:cantSplit/>
        </w:trPr>
        <w:tc>
          <w:tcPr>
            <w:tcW w:type="dxa" w:w="691"/>
            <w:tcMar>
              <w:top w:w="80" w:type="dxa"/>
              <w:start w:w="80" w:type="dxa"/>
              <w:bottom w:w="80" w:type="dxa"/>
              <w:end w:w="80" w:type="dxa"/>
            </w:tcMar>
            <w:vAlign w:val="top"/>
          </w:tcPr>
          <w:p>
            <w:pPr>
              <w:jc w:val="center"/>
            </w:pPr>
            <w:r/>
            <w:r>
              <w:rPr>
                <w:rFonts w:ascii="NanumBarunGothic" w:hAnsi="NanumBarunGothic" w:eastAsia="NanumBarunGothic"/>
                <w:b/>
                <w:sz w:val="16"/>
              </w:rPr>
              <w:t>29</w:t>
            </w:r>
          </w:p>
        </w:tc>
        <w:tc>
          <w:tcPr>
            <w:tcW w:type="dxa" w:w="4680"/>
            <w:tcMar>
              <w:top w:w="80" w:type="dxa"/>
              <w:start w:w="80" w:type="dxa"/>
              <w:bottom w:w="80" w:type="dxa"/>
              <w:end w:w="80" w:type="dxa"/>
            </w:tcMar>
            <w:vAlign w:val="top"/>
          </w:tcPr>
          <w:p>
            <w:r>
              <w:rPr>
                <w:b/>
                <w:color w:val="1F4E79"/>
              </w:rPr>
            </w:r>
            <w:r>
              <w:rPr>
                <w:rFonts w:ascii="NanumBarunGothic" w:hAnsi="NanumBarunGothic" w:eastAsia="NanumBarunGothic"/>
                <w:b w:val="0"/>
                <w:sz w:val="16"/>
              </w:rPr>
              <w:t>Limitations</w:t>
            </w:r>
            <w:r>
              <w:br/>
            </w:r>
            <w:r>
              <w:rPr>
                <w:rFonts w:ascii="NanumBarunGothic" w:hAnsi="NanumBarunGothic" w:eastAsia="NanumBarunGothic"/>
                <w:b w:val="0"/>
                <w:sz w:val="16"/>
              </w:rPr>
              <w:t>실패 가능성이 큰 경우는 무엇인가?</w:t>
            </w:r>
          </w:p>
        </w:tc>
        <w:tc>
          <w:tcPr>
            <w:tcW w:type="dxa" w:w="8136"/>
            <w:tcMar>
              <w:top w:w="80" w:type="dxa"/>
              <w:start w:w="80" w:type="dxa"/>
              <w:bottom w:w="80" w:type="dxa"/>
              <w:end w:w="80" w:type="dxa"/>
            </w:tcMar>
            <w:vAlign w:val="top"/>
            <w:shd w:fill="F2F2F2"/>
          </w:tcPr>
          <w:p>
            <w:r/>
            <w:r>
              <w:rPr>
                <w:rFonts w:ascii="NanumBarunGothic" w:hAnsi="NanumBarunGothic" w:eastAsia="NanumBarunGothic"/>
                <w:b w:val="0"/>
                <w:color w:val="666666"/>
                <w:sz w:val="16"/>
              </w:rPr>
              <w:t>방법이 실패할 구체적인 상황을 적는다.</w:t>
            </w:r>
          </w:p>
        </w:tc>
        <w:tc>
          <w:tcPr>
            <w:tcW w:type="dxa" w:w="1800"/>
            <w:tcMar>
              <w:top w:w="80" w:type="dxa"/>
              <w:start w:w="80" w:type="dxa"/>
              <w:bottom w:w="80" w:type="dxa"/>
              <w:end w:w="80" w:type="dxa"/>
            </w:tcMar>
            <w:vAlign w:val="top"/>
          </w:tcPr>
          <w:p>
            <w:pPr>
              <w:jc w:val="center"/>
            </w:pPr>
            <w:r/>
            <w:r>
              <w:rPr>
                <w:rFonts w:ascii="NanumBarunGothic" w:hAnsi="NanumBarunGothic" w:eastAsia="NanumBarunGothic"/>
                <w:b w:val="0"/>
                <w:sz w:val="17"/>
              </w:rPr>
              <w:t>0 / 1 / 2 / 3</w:t>
            </w:r>
          </w:p>
        </w:tc>
      </w:tr>
      <w:tr>
        <w:trPr>
          <w:cantSplit/>
        </w:trPr>
        <w:tc>
          <w:tcPr>
            <w:tcW w:type="dxa" w:w="691"/>
            <w:tcMar>
              <w:top w:w="80" w:type="dxa"/>
              <w:start w:w="80" w:type="dxa"/>
              <w:bottom w:w="80" w:type="dxa"/>
              <w:end w:w="80" w:type="dxa"/>
            </w:tcMar>
            <w:vAlign w:val="top"/>
          </w:tcPr>
          <w:p>
            <w:pPr>
              <w:jc w:val="center"/>
            </w:pPr>
            <w:r/>
            <w:r>
              <w:rPr>
                <w:rFonts w:ascii="NanumBarunGothic" w:hAnsi="NanumBarunGothic" w:eastAsia="NanumBarunGothic"/>
                <w:b/>
                <w:sz w:val="16"/>
              </w:rPr>
              <w:t>30</w:t>
            </w:r>
          </w:p>
        </w:tc>
        <w:tc>
          <w:tcPr>
            <w:tcW w:type="dxa" w:w="4680"/>
            <w:tcMar>
              <w:top w:w="80" w:type="dxa"/>
              <w:start w:w="80" w:type="dxa"/>
              <w:bottom w:w="80" w:type="dxa"/>
              <w:end w:w="80" w:type="dxa"/>
            </w:tcMar>
            <w:vAlign w:val="top"/>
          </w:tcPr>
          <w:p>
            <w:r>
              <w:rPr>
                <w:b/>
                <w:color w:val="1F4E79"/>
              </w:rPr>
            </w:r>
            <w:r>
              <w:rPr>
                <w:rFonts w:ascii="NanumBarunGothic" w:hAnsi="NanumBarunGothic" w:eastAsia="NanumBarunGothic"/>
                <w:b w:val="0"/>
                <w:sz w:val="16"/>
              </w:rPr>
              <w:t>최종 판단</w:t>
            </w:r>
            <w:r>
              <w:br/>
            </w:r>
            <w:r>
              <w:rPr>
                <w:rFonts w:ascii="NanumBarunGothic" w:hAnsi="NanumBarunGothic" w:eastAsia="NanumBarunGothic"/>
                <w:b w:val="0"/>
                <w:sz w:val="16"/>
              </w:rPr>
              <w:t>이 프로젝트가 좋은 논문이 되려면 무엇이 반드시 참이어야 하는가?</w:t>
            </w:r>
          </w:p>
        </w:tc>
        <w:tc>
          <w:tcPr>
            <w:tcW w:type="dxa" w:w="8136"/>
            <w:tcMar>
              <w:top w:w="80" w:type="dxa"/>
              <w:start w:w="80" w:type="dxa"/>
              <w:bottom w:w="80" w:type="dxa"/>
              <w:end w:w="80" w:type="dxa"/>
            </w:tcMar>
            <w:vAlign w:val="top"/>
            <w:shd w:fill="F2F2F2"/>
          </w:tcPr>
          <w:p>
            <w:r/>
            <w:r>
              <w:rPr>
                <w:rFonts w:ascii="NanumBarunGothic" w:hAnsi="NanumBarunGothic" w:eastAsia="NanumBarunGothic"/>
                <w:b w:val="0"/>
                <w:color w:val="666666"/>
                <w:sz w:val="16"/>
              </w:rPr>
              <w:t>필요한 최소한의 근거, 결과, 통찰을 적는다.</w:t>
            </w:r>
          </w:p>
        </w:tc>
        <w:tc>
          <w:tcPr>
            <w:tcW w:type="dxa" w:w="1800"/>
            <w:tcMar>
              <w:top w:w="80" w:type="dxa"/>
              <w:start w:w="80" w:type="dxa"/>
              <w:bottom w:w="80" w:type="dxa"/>
              <w:end w:w="80" w:type="dxa"/>
            </w:tcMar>
            <w:vAlign w:val="top"/>
          </w:tcPr>
          <w:p>
            <w:pPr>
              <w:jc w:val="center"/>
            </w:pPr>
            <w:r/>
            <w:r>
              <w:rPr>
                <w:rFonts w:ascii="NanumBarunGothic" w:hAnsi="NanumBarunGothic" w:eastAsia="NanumBarunGothic"/>
                <w:b w:val="0"/>
                <w:sz w:val="17"/>
              </w:rPr>
              <w:t>0 / 1 / 2 / 3</w:t>
            </w:r>
          </w:p>
        </w:tc>
      </w:tr>
    </w:tbl>
    <w:p/>
    <w:tbl>
      <w:tblPr>
        <w:tblW w:type="auto" w:w="0"/>
        <w:jc w:val="center"/>
        <w:tblLayout w:type="autofit"/>
        <w:tblLook w:firstColumn="1" w:firstRow="1" w:lastColumn="0" w:lastRow="0" w:noHBand="0" w:noVBand="1" w:val="04A0"/>
      </w:tblPr>
      <w:tblGrid>
        <w:gridCol w:w="15538"/>
      </w:tblGrid>
      <w:tr>
        <w:tc>
          <w:tcPr>
            <w:tcW w:type="dxa" w:w="15538"/>
            <w:shd w:fill="E2F0D9"/>
            <w:tcBorders>
              <w:top w:sz="8" w:val="single" w:color="9EADBA"/>
              <w:left w:sz="8" w:val="single" w:color="9EADBA"/>
              <w:bottom w:sz="8" w:val="single" w:color="9EADBA"/>
              <w:right w:sz="8" w:val="single" w:color="9EADBA"/>
            </w:tcBorders>
            <w:tcMar>
              <w:top w:w="80" w:type="dxa"/>
              <w:start w:w="80" w:type="dxa"/>
              <w:bottom w:w="80" w:type="dxa"/>
              <w:end w:w="80" w:type="dxa"/>
            </w:tcMar>
            <w:vAlign w:val="top"/>
          </w:tcPr>
          <w:p>
            <w:r>
              <w:rPr>
                <w:b/>
              </w:rPr>
            </w:r>
            <w:r>
              <w:rPr>
                <w:rFonts w:ascii="NanumBarunGothic" w:hAnsi="NanumBarunGothic" w:eastAsia="NanumBarunGothic"/>
                <w:b w:val="0"/>
                <w:sz w:val="18"/>
              </w:rPr>
              <w:t>판단 기준</w:t>
            </w:r>
            <w:r>
              <w:br/>
            </w:r>
            <w:r>
              <w:rPr>
                <w:rFonts w:ascii="NanumBarunGothic" w:hAnsi="NanumBarunGothic" w:eastAsia="NanumBarunGothic"/>
                <w:b w:val="0"/>
                <w:sz w:val="18"/>
              </w:rPr>
              <w:t>75–90점: 논문 초안 작성 가능; 60–74점: 가능성 있으나 실험 또는 related work 보강 필요; 45–59점: 핵심 gap 또는 novelty가 약함; 0–44점: 논문으로는 위험함.</w:t>
            </w:r>
          </w:p>
        </w:tc>
      </w:tr>
    </w:tbl>
    <w:p/>
    <w:p>
      <w:pPr>
        <w:spacing w:before="100" w:after="60"/>
      </w:pPr>
      <w:r>
        <w:rPr>
          <w:rFonts w:ascii="NanumBarunGothic" w:hAnsi="NanumBarunGothic" w:eastAsia="NanumBarunGothic"/>
          <w:b/>
          <w:color w:val="404040"/>
          <w:sz w:val="24"/>
        </w:rPr>
        <w:t>Version C 요약</w:t>
      </w:r>
    </w:p>
    <w:tbl>
      <w:tblPr>
        <w:tblStyle w:val="TableGrid"/>
        <w:tblW w:type="auto" w:w="0"/>
        <w:jc w:val="center"/>
        <w:tblLook w:firstColumn="1" w:firstRow="1" w:lastColumn="0" w:lastRow="0" w:noHBand="0" w:noVBand="1" w:val="04A0"/>
      </w:tblPr>
      <w:tblGrid>
        <w:gridCol w:w="7769"/>
        <w:gridCol w:w="7769"/>
      </w:tblGrid>
      <w:tr>
        <w:tc>
          <w:tcPr>
            <w:tcW w:type="dxa" w:w="3600"/>
            <w:tcMar>
              <w:top w:w="80" w:type="dxa"/>
              <w:start w:w="80" w:type="dxa"/>
              <w:bottom w:w="80" w:type="dxa"/>
              <w:end w:w="80" w:type="dxa"/>
            </w:tcMar>
            <w:vAlign w:val="top"/>
            <w:shd w:fill="1F4E79"/>
          </w:tcPr>
          <w:p>
            <w:pPr>
              <w:jc w:val="center"/>
            </w:pPr>
            <w:r/>
            <w:r>
              <w:rPr>
                <w:rFonts w:ascii="NanumBarunGothic" w:hAnsi="NanumBarunGothic" w:eastAsia="NanumBarunGothic"/>
                <w:b/>
                <w:color w:val="FFFFFF"/>
                <w:sz w:val="17"/>
              </w:rPr>
              <w:t>항목</w:t>
            </w:r>
          </w:p>
        </w:tc>
        <w:tc>
          <w:tcPr>
            <w:tcW w:type="dxa" w:w="10800"/>
            <w:tcMar>
              <w:top w:w="80" w:type="dxa"/>
              <w:start w:w="80" w:type="dxa"/>
              <w:bottom w:w="80" w:type="dxa"/>
              <w:end w:w="80" w:type="dxa"/>
            </w:tcMar>
            <w:vAlign w:val="top"/>
            <w:shd w:fill="1F4E79"/>
          </w:tcPr>
          <w:p>
            <w:pPr>
              <w:jc w:val="center"/>
            </w:pPr>
            <w:r/>
            <w:r>
              <w:rPr>
                <w:rFonts w:ascii="NanumBarunGothic" w:hAnsi="NanumBarunGothic" w:eastAsia="NanumBarunGothic"/>
                <w:b/>
                <w:color w:val="FFFFFF"/>
                <w:sz w:val="17"/>
              </w:rPr>
              <w:t>답변</w:t>
            </w:r>
          </w:p>
        </w:tc>
      </w:tr>
      <w:tr>
        <w:trPr>
          <w:cantSplit/>
        </w:trPr>
        <w:tc>
          <w:tcPr>
            <w:tcW w:type="dxa" w:w="3600"/>
            <w:tcMar>
              <w:top w:w="80" w:type="dxa"/>
              <w:start w:w="80" w:type="dxa"/>
              <w:bottom w:w="80" w:type="dxa"/>
              <w:end w:w="80" w:type="dxa"/>
            </w:tcMar>
            <w:vAlign w:val="top"/>
          </w:tcPr>
          <w:p>
            <w:r/>
            <w:r>
              <w:rPr>
                <w:rFonts w:ascii="NanumBarunGothic" w:hAnsi="NanumBarunGothic" w:eastAsia="NanumBarunGothic"/>
                <w:b/>
                <w:sz w:val="17"/>
              </w:rPr>
              <w:t>총점</w:t>
            </w:r>
          </w:p>
        </w:tc>
        <w:tc>
          <w:tcPr>
            <w:tcW w:type="dxa" w:w="10800"/>
            <w:tcMar>
              <w:top w:w="80" w:type="dxa"/>
              <w:start w:w="80" w:type="dxa"/>
              <w:bottom w:w="80" w:type="dxa"/>
              <w:end w:w="80" w:type="dxa"/>
            </w:tcMar>
            <w:vAlign w:val="top"/>
            <w:shd w:fill="F2F2F2"/>
          </w:tcPr>
          <w:p>
            <w:r/>
            <w:r>
              <w:rPr>
                <w:rFonts w:ascii="NanumBarunGothic" w:hAnsi="NanumBarunGothic" w:eastAsia="NanumBarunGothic"/>
                <w:b w:val="0"/>
                <w:sz w:val="17"/>
              </w:rPr>
              <w:t xml:space="preserve"> </w:t>
            </w:r>
          </w:p>
        </w:tc>
      </w:tr>
      <w:tr>
        <w:trPr>
          <w:cantSplit/>
        </w:trPr>
        <w:tc>
          <w:tcPr>
            <w:tcW w:type="dxa" w:w="3600"/>
            <w:tcMar>
              <w:top w:w="80" w:type="dxa"/>
              <w:start w:w="80" w:type="dxa"/>
              <w:bottom w:w="80" w:type="dxa"/>
              <w:end w:w="80" w:type="dxa"/>
            </w:tcMar>
            <w:vAlign w:val="top"/>
          </w:tcPr>
          <w:p>
            <w:r/>
            <w:r>
              <w:rPr>
                <w:rFonts w:ascii="NanumBarunGothic" w:hAnsi="NanumBarunGothic" w:eastAsia="NanumBarunGothic"/>
                <w:b/>
                <w:sz w:val="17"/>
              </w:rPr>
              <w:t>논문 작성 가능 여부</w:t>
            </w:r>
          </w:p>
        </w:tc>
        <w:tc>
          <w:tcPr>
            <w:tcW w:type="dxa" w:w="10800"/>
            <w:tcMar>
              <w:top w:w="80" w:type="dxa"/>
              <w:start w:w="80" w:type="dxa"/>
              <w:bottom w:w="80" w:type="dxa"/>
              <w:end w:w="80" w:type="dxa"/>
            </w:tcMar>
            <w:vAlign w:val="top"/>
            <w:shd w:fill="F2F2F2"/>
          </w:tcPr>
          <w:p>
            <w:r/>
            <w:r>
              <w:rPr>
                <w:rFonts w:ascii="NanumBarunGothic" w:hAnsi="NanumBarunGothic" w:eastAsia="NanumBarunGothic"/>
                <w:b w:val="0"/>
                <w:sz w:val="17"/>
              </w:rPr>
              <w:t xml:space="preserve"> </w:t>
            </w:r>
          </w:p>
        </w:tc>
      </w:tr>
      <w:tr>
        <w:trPr>
          <w:cantSplit/>
        </w:trPr>
        <w:tc>
          <w:tcPr>
            <w:tcW w:type="dxa" w:w="3600"/>
            <w:tcMar>
              <w:top w:w="80" w:type="dxa"/>
              <w:start w:w="80" w:type="dxa"/>
              <w:bottom w:w="80" w:type="dxa"/>
              <w:end w:w="80" w:type="dxa"/>
            </w:tcMar>
            <w:vAlign w:val="top"/>
          </w:tcPr>
          <w:p>
            <w:r/>
            <w:r>
              <w:rPr>
                <w:rFonts w:ascii="NanumBarunGothic" w:hAnsi="NanumBarunGothic" w:eastAsia="NanumBarunGothic"/>
                <w:b/>
                <w:sz w:val="17"/>
              </w:rPr>
              <w:t>제출을 위해 반드시 필요한 최소 결과</w:t>
            </w:r>
          </w:p>
        </w:tc>
        <w:tc>
          <w:tcPr>
            <w:tcW w:type="dxa" w:w="10800"/>
            <w:tcMar>
              <w:top w:w="80" w:type="dxa"/>
              <w:start w:w="80" w:type="dxa"/>
              <w:bottom w:w="80" w:type="dxa"/>
              <w:end w:w="80" w:type="dxa"/>
            </w:tcMar>
            <w:vAlign w:val="top"/>
            <w:shd w:fill="F2F2F2"/>
          </w:tcPr>
          <w:p>
            <w:r/>
            <w:r>
              <w:rPr>
                <w:rFonts w:ascii="NanumBarunGothic" w:hAnsi="NanumBarunGothic" w:eastAsia="NanumBarunGothic"/>
                <w:b w:val="0"/>
                <w:sz w:val="17"/>
              </w:rPr>
              <w:t xml:space="preserve"> </w:t>
            </w:r>
          </w:p>
        </w:tc>
      </w:tr>
      <w:tr>
        <w:trPr>
          <w:cantSplit/>
        </w:trPr>
        <w:tc>
          <w:tcPr>
            <w:tcW w:type="dxa" w:w="3600"/>
            <w:tcMar>
              <w:top w:w="80" w:type="dxa"/>
              <w:start w:w="80" w:type="dxa"/>
              <w:bottom w:w="80" w:type="dxa"/>
              <w:end w:w="80" w:type="dxa"/>
            </w:tcMar>
            <w:vAlign w:val="top"/>
          </w:tcPr>
          <w:p>
            <w:r/>
            <w:r>
              <w:rPr>
                <w:rFonts w:ascii="NanumBarunGothic" w:hAnsi="NanumBarunGothic" w:eastAsia="NanumBarunGothic"/>
                <w:b/>
                <w:sz w:val="17"/>
              </w:rPr>
              <w:t>추가로 확인할 related work 3개</w:t>
            </w:r>
          </w:p>
        </w:tc>
        <w:tc>
          <w:tcPr>
            <w:tcW w:type="dxa" w:w="10800"/>
            <w:tcMar>
              <w:top w:w="80" w:type="dxa"/>
              <w:start w:w="80" w:type="dxa"/>
              <w:bottom w:w="80" w:type="dxa"/>
              <w:end w:w="80" w:type="dxa"/>
            </w:tcMar>
            <w:vAlign w:val="top"/>
            <w:shd w:fill="F2F2F2"/>
          </w:tcPr>
          <w:p>
            <w:r/>
            <w:r>
              <w:rPr>
                <w:rFonts w:ascii="NanumBarunGothic" w:hAnsi="NanumBarunGothic" w:eastAsia="NanumBarunGothic"/>
                <w:b w:val="0"/>
                <w:sz w:val="17"/>
              </w:rPr>
              <w:t xml:space="preserve"> </w:t>
            </w:r>
          </w:p>
        </w:tc>
      </w:tr>
      <w:tr>
        <w:trPr>
          <w:cantSplit/>
        </w:trPr>
        <w:tc>
          <w:tcPr>
            <w:tcW w:type="dxa" w:w="3600"/>
            <w:tcMar>
              <w:top w:w="80" w:type="dxa"/>
              <w:start w:w="80" w:type="dxa"/>
              <w:bottom w:w="80" w:type="dxa"/>
              <w:end w:w="80" w:type="dxa"/>
            </w:tcMar>
            <w:vAlign w:val="top"/>
          </w:tcPr>
          <w:p>
            <w:r/>
            <w:r>
              <w:rPr>
                <w:rFonts w:ascii="NanumBarunGothic" w:hAnsi="NanumBarunGothic" w:eastAsia="NanumBarunGothic"/>
                <w:b/>
                <w:sz w:val="17"/>
              </w:rPr>
              <w:t>다음에 수행할 실험 3개</w:t>
            </w:r>
          </w:p>
        </w:tc>
        <w:tc>
          <w:tcPr>
            <w:tcW w:type="dxa" w:w="10800"/>
            <w:tcMar>
              <w:top w:w="80" w:type="dxa"/>
              <w:start w:w="80" w:type="dxa"/>
              <w:bottom w:w="80" w:type="dxa"/>
              <w:end w:w="80" w:type="dxa"/>
            </w:tcMar>
            <w:vAlign w:val="top"/>
            <w:shd w:fill="F2F2F2"/>
          </w:tcPr>
          <w:p>
            <w:r/>
            <w:r>
              <w:rPr>
                <w:rFonts w:ascii="NanumBarunGothic" w:hAnsi="NanumBarunGothic" w:eastAsia="NanumBarunGothic"/>
                <w:b w:val="0"/>
                <w:sz w:val="17"/>
              </w:rPr>
              <w:t xml:space="preserve"> </w:t>
            </w:r>
          </w:p>
        </w:tc>
      </w:tr>
      <w:tr>
        <w:trPr>
          <w:cantSplit/>
        </w:trPr>
        <w:tc>
          <w:tcPr>
            <w:tcW w:type="dxa" w:w="3600"/>
            <w:tcMar>
              <w:top w:w="80" w:type="dxa"/>
              <w:start w:w="80" w:type="dxa"/>
              <w:bottom w:w="80" w:type="dxa"/>
              <w:end w:w="80" w:type="dxa"/>
            </w:tcMar>
            <w:vAlign w:val="top"/>
          </w:tcPr>
          <w:p>
            <w:r/>
            <w:r>
              <w:rPr>
                <w:rFonts w:ascii="NanumBarunGothic" w:hAnsi="NanumBarunGothic" w:eastAsia="NanumBarunGothic"/>
                <w:b/>
                <w:sz w:val="17"/>
              </w:rPr>
              <w:t>논문에 명시할 한계</w:t>
            </w:r>
          </w:p>
        </w:tc>
        <w:tc>
          <w:tcPr>
            <w:tcW w:type="dxa" w:w="10800"/>
            <w:tcMar>
              <w:top w:w="80" w:type="dxa"/>
              <w:start w:w="80" w:type="dxa"/>
              <w:bottom w:w="80" w:type="dxa"/>
              <w:end w:w="80" w:type="dxa"/>
            </w:tcMar>
            <w:vAlign w:val="top"/>
            <w:shd w:fill="F2F2F2"/>
          </w:tcPr>
          <w:p>
            <w:r/>
            <w:r>
              <w:rPr>
                <w:rFonts w:ascii="NanumBarunGothic" w:hAnsi="NanumBarunGothic" w:eastAsia="NanumBarunGothic"/>
                <w:b w:val="0"/>
                <w:sz w:val="17"/>
              </w:rPr>
              <w:t xml:space="preserve"> </w:t>
            </w:r>
          </w:p>
        </w:tc>
      </w:tr>
    </w:tbl>
    <w:p/>
    <w:p>
      <w:pPr>
        <w:spacing w:before="100" w:after="60"/>
      </w:pPr>
      <w:r>
        <w:rPr>
          <w:rFonts w:ascii="NanumBarunGothic" w:hAnsi="NanumBarunGothic" w:eastAsia="NanumBarunGothic"/>
          <w:b/>
          <w:color w:val="404040"/>
          <w:sz w:val="24"/>
        </w:rPr>
        <w:t>워크시트 답변과 논문 섹션 매핑</w:t>
      </w:r>
    </w:p>
    <w:tbl>
      <w:tblPr>
        <w:tblStyle w:val="TableGrid"/>
        <w:tblW w:type="auto" w:w="0"/>
        <w:jc w:val="center"/>
        <w:tblLook w:firstColumn="1" w:firstRow="1" w:lastColumn="0" w:lastRow="0" w:noHBand="0" w:noVBand="1" w:val="04A0"/>
      </w:tblPr>
      <w:tblGrid>
        <w:gridCol w:w="7769"/>
        <w:gridCol w:w="7769"/>
      </w:tblGrid>
      <w:tr>
        <w:trPr>
          <w:tblHeader w:val="true"/>
          <w:cantSplit/>
        </w:trPr>
        <w:tc>
          <w:tcPr>
            <w:tcW w:type="dxa" w:w="6336"/>
            <w:tcMar>
              <w:top w:w="80" w:type="dxa"/>
              <w:start w:w="80" w:type="dxa"/>
              <w:bottom w:w="80" w:type="dxa"/>
              <w:end w:w="80" w:type="dxa"/>
            </w:tcMar>
            <w:vAlign w:val="top"/>
            <w:shd w:fill="1F4E79"/>
          </w:tcPr>
          <w:p>
            <w:pPr>
              <w:jc w:val="center"/>
            </w:pPr>
            <w:r/>
            <w:r>
              <w:rPr>
                <w:rFonts w:ascii="NanumBarunGothic" w:hAnsi="NanumBarunGothic" w:eastAsia="NanumBarunGothic"/>
                <w:b/>
                <w:color w:val="FFFFFF"/>
                <w:sz w:val="17"/>
              </w:rPr>
              <w:t>워크시트 답변</w:t>
            </w:r>
          </w:p>
        </w:tc>
        <w:tc>
          <w:tcPr>
            <w:tcW w:type="dxa" w:w="8352"/>
            <w:tcMar>
              <w:top w:w="80" w:type="dxa"/>
              <w:start w:w="80" w:type="dxa"/>
              <w:bottom w:w="80" w:type="dxa"/>
              <w:end w:w="80" w:type="dxa"/>
            </w:tcMar>
            <w:vAlign w:val="top"/>
            <w:shd w:fill="1F4E79"/>
          </w:tcPr>
          <w:p>
            <w:pPr>
              <w:jc w:val="center"/>
            </w:pPr>
            <w:r/>
            <w:r>
              <w:rPr>
                <w:rFonts w:ascii="NanumBarunGothic" w:hAnsi="NanumBarunGothic" w:eastAsia="NanumBarunGothic"/>
                <w:b/>
                <w:color w:val="FFFFFF"/>
                <w:sz w:val="17"/>
              </w:rPr>
              <w:t>논문 섹션</w:t>
            </w:r>
          </w:p>
        </w:tc>
      </w:tr>
      <w:tr>
        <w:trPr>
          <w:cantSplit/>
        </w:trPr>
        <w:tc>
          <w:tcPr>
            <w:tcW w:type="dxa" w:w="6336"/>
            <w:tcMar>
              <w:top w:w="80" w:type="dxa"/>
              <w:start w:w="80" w:type="dxa"/>
              <w:bottom w:w="80" w:type="dxa"/>
              <w:end w:w="80" w:type="dxa"/>
            </w:tcMar>
            <w:vAlign w:val="top"/>
          </w:tcPr>
          <w:p>
            <w:r/>
            <w:r>
              <w:rPr>
                <w:rFonts w:ascii="NanumBarunGothic" w:hAnsi="NanumBarunGothic" w:eastAsia="NanumBarunGothic"/>
                <w:b w:val="0"/>
                <w:sz w:val="16"/>
              </w:rPr>
              <w:t>한 문장 요약</w:t>
            </w:r>
          </w:p>
        </w:tc>
        <w:tc>
          <w:tcPr>
            <w:tcW w:type="dxa" w:w="8352"/>
            <w:tcMar>
              <w:top w:w="80" w:type="dxa"/>
              <w:start w:w="80" w:type="dxa"/>
              <w:bottom w:w="80" w:type="dxa"/>
              <w:end w:w="80" w:type="dxa"/>
            </w:tcMar>
            <w:vAlign w:val="top"/>
          </w:tcPr>
          <w:p>
            <w:r/>
            <w:r>
              <w:rPr>
                <w:rFonts w:ascii="NanumBarunGothic" w:hAnsi="NanumBarunGothic" w:eastAsia="NanumBarunGothic"/>
                <w:b w:val="0"/>
                <w:sz w:val="16"/>
              </w:rPr>
              <w:t>Title / Abstract 도입부</w:t>
            </w:r>
          </w:p>
        </w:tc>
      </w:tr>
      <w:tr>
        <w:trPr>
          <w:cantSplit/>
        </w:trPr>
        <w:tc>
          <w:tcPr>
            <w:tcW w:type="dxa" w:w="6336"/>
            <w:tcMar>
              <w:top w:w="80" w:type="dxa"/>
              <w:start w:w="80" w:type="dxa"/>
              <w:bottom w:w="80" w:type="dxa"/>
              <w:end w:w="80" w:type="dxa"/>
            </w:tcMar>
            <w:vAlign w:val="top"/>
          </w:tcPr>
          <w:p>
            <w:r/>
            <w:r>
              <w:rPr>
                <w:rFonts w:ascii="NanumBarunGothic" w:hAnsi="NanumBarunGothic" w:eastAsia="NanumBarunGothic"/>
                <w:b w:val="0"/>
                <w:sz w:val="16"/>
              </w:rPr>
              <w:t>30초 요약</w:t>
            </w:r>
          </w:p>
        </w:tc>
        <w:tc>
          <w:tcPr>
            <w:tcW w:type="dxa" w:w="8352"/>
            <w:tcMar>
              <w:top w:w="80" w:type="dxa"/>
              <w:start w:w="80" w:type="dxa"/>
              <w:bottom w:w="80" w:type="dxa"/>
              <w:end w:w="80" w:type="dxa"/>
            </w:tcMar>
            <w:vAlign w:val="top"/>
          </w:tcPr>
          <w:p>
            <w:r/>
            <w:r>
              <w:rPr>
                <w:rFonts w:ascii="NanumBarunGothic" w:hAnsi="NanumBarunGothic" w:eastAsia="NanumBarunGothic"/>
                <w:b w:val="0"/>
                <w:sz w:val="16"/>
              </w:rPr>
              <w:t>Abstract</w:t>
            </w:r>
          </w:p>
        </w:tc>
      </w:tr>
      <w:tr>
        <w:trPr>
          <w:cantSplit/>
        </w:trPr>
        <w:tc>
          <w:tcPr>
            <w:tcW w:type="dxa" w:w="6336"/>
            <w:tcMar>
              <w:top w:w="80" w:type="dxa"/>
              <w:start w:w="80" w:type="dxa"/>
              <w:bottom w:w="80" w:type="dxa"/>
              <w:end w:w="80" w:type="dxa"/>
            </w:tcMar>
            <w:vAlign w:val="top"/>
          </w:tcPr>
          <w:p>
            <w:r/>
            <w:r>
              <w:rPr>
                <w:rFonts w:ascii="NanumBarunGothic" w:hAnsi="NanumBarunGothic" w:eastAsia="NanumBarunGothic"/>
                <w:b w:val="0"/>
                <w:sz w:val="16"/>
              </w:rPr>
              <w:t>문제, 중요성, 대상 시나리오, gap</w:t>
            </w:r>
          </w:p>
        </w:tc>
        <w:tc>
          <w:tcPr>
            <w:tcW w:type="dxa" w:w="8352"/>
            <w:tcMar>
              <w:top w:w="80" w:type="dxa"/>
              <w:start w:w="80" w:type="dxa"/>
              <w:bottom w:w="80" w:type="dxa"/>
              <w:end w:w="80" w:type="dxa"/>
            </w:tcMar>
            <w:vAlign w:val="top"/>
          </w:tcPr>
          <w:p>
            <w:r/>
            <w:r>
              <w:rPr>
                <w:rFonts w:ascii="NanumBarunGothic" w:hAnsi="NanumBarunGothic" w:eastAsia="NanumBarunGothic"/>
                <w:b w:val="0"/>
                <w:sz w:val="16"/>
              </w:rPr>
              <w:t>Introduction</w:t>
            </w:r>
          </w:p>
        </w:tc>
      </w:tr>
      <w:tr>
        <w:trPr>
          <w:cantSplit/>
        </w:trPr>
        <w:tc>
          <w:tcPr>
            <w:tcW w:type="dxa" w:w="6336"/>
            <w:tcMar>
              <w:top w:w="80" w:type="dxa"/>
              <w:start w:w="80" w:type="dxa"/>
              <w:bottom w:w="80" w:type="dxa"/>
              <w:end w:w="80" w:type="dxa"/>
            </w:tcMar>
            <w:vAlign w:val="top"/>
          </w:tcPr>
          <w:p>
            <w:r/>
            <w:r>
              <w:rPr>
                <w:rFonts w:ascii="NanumBarunGothic" w:hAnsi="NanumBarunGothic" w:eastAsia="NanumBarunGothic"/>
                <w:b w:val="0"/>
                <w:sz w:val="16"/>
              </w:rPr>
              <w:t>핵심 아이디어와 기술적 novelty</w:t>
            </w:r>
          </w:p>
        </w:tc>
        <w:tc>
          <w:tcPr>
            <w:tcW w:type="dxa" w:w="8352"/>
            <w:tcMar>
              <w:top w:w="80" w:type="dxa"/>
              <w:start w:w="80" w:type="dxa"/>
              <w:bottom w:w="80" w:type="dxa"/>
              <w:end w:w="80" w:type="dxa"/>
            </w:tcMar>
            <w:vAlign w:val="top"/>
          </w:tcPr>
          <w:p>
            <w:r/>
            <w:r>
              <w:rPr>
                <w:rFonts w:ascii="NanumBarunGothic" w:hAnsi="NanumBarunGothic" w:eastAsia="NanumBarunGothic"/>
                <w:b w:val="0"/>
                <w:sz w:val="16"/>
              </w:rPr>
              <w:t>Contributions</w:t>
            </w:r>
          </w:p>
        </w:tc>
      </w:tr>
      <w:tr>
        <w:trPr>
          <w:cantSplit/>
        </w:trPr>
        <w:tc>
          <w:tcPr>
            <w:tcW w:type="dxa" w:w="6336"/>
            <w:tcMar>
              <w:top w:w="80" w:type="dxa"/>
              <w:start w:w="80" w:type="dxa"/>
              <w:bottom w:w="80" w:type="dxa"/>
              <w:end w:w="80" w:type="dxa"/>
            </w:tcMar>
            <w:vAlign w:val="top"/>
          </w:tcPr>
          <w:p>
            <w:r/>
            <w:r>
              <w:rPr>
                <w:rFonts w:ascii="NanumBarunGothic" w:hAnsi="NanumBarunGothic" w:eastAsia="NanumBarunGothic"/>
                <w:b w:val="0"/>
                <w:sz w:val="16"/>
              </w:rPr>
              <w:t>고전적 baseline과 최근 경쟁 연구</w:t>
            </w:r>
          </w:p>
        </w:tc>
        <w:tc>
          <w:tcPr>
            <w:tcW w:type="dxa" w:w="8352"/>
            <w:tcMar>
              <w:top w:w="80" w:type="dxa"/>
              <w:start w:w="80" w:type="dxa"/>
              <w:bottom w:w="80" w:type="dxa"/>
              <w:end w:w="80" w:type="dxa"/>
            </w:tcMar>
            <w:vAlign w:val="top"/>
          </w:tcPr>
          <w:p>
            <w:r/>
            <w:r>
              <w:rPr>
                <w:rFonts w:ascii="NanumBarunGothic" w:hAnsi="NanumBarunGothic" w:eastAsia="NanumBarunGothic"/>
                <w:b w:val="0"/>
                <w:sz w:val="16"/>
              </w:rPr>
              <w:t>Related Work</w:t>
            </w:r>
          </w:p>
        </w:tc>
      </w:tr>
      <w:tr>
        <w:trPr>
          <w:cantSplit/>
        </w:trPr>
        <w:tc>
          <w:tcPr>
            <w:tcW w:type="dxa" w:w="6336"/>
            <w:tcMar>
              <w:top w:w="80" w:type="dxa"/>
              <w:start w:w="80" w:type="dxa"/>
              <w:bottom w:w="80" w:type="dxa"/>
              <w:end w:w="80" w:type="dxa"/>
            </w:tcMar>
            <w:vAlign w:val="top"/>
          </w:tcPr>
          <w:p>
            <w:r/>
            <w:r>
              <w:rPr>
                <w:rFonts w:ascii="NanumBarunGothic" w:hAnsi="NanumBarunGothic" w:eastAsia="NanumBarunGothic"/>
                <w:b w:val="0"/>
                <w:sz w:val="16"/>
              </w:rPr>
              <w:t>Pipeline, component, 가정</w:t>
            </w:r>
          </w:p>
        </w:tc>
        <w:tc>
          <w:tcPr>
            <w:tcW w:type="dxa" w:w="8352"/>
            <w:tcMar>
              <w:top w:w="80" w:type="dxa"/>
              <w:start w:w="80" w:type="dxa"/>
              <w:bottom w:w="80" w:type="dxa"/>
              <w:end w:w="80" w:type="dxa"/>
            </w:tcMar>
            <w:vAlign w:val="top"/>
          </w:tcPr>
          <w:p>
            <w:r/>
            <w:r>
              <w:rPr>
                <w:rFonts w:ascii="NanumBarunGothic" w:hAnsi="NanumBarunGothic" w:eastAsia="NanumBarunGothic"/>
                <w:b w:val="0"/>
                <w:sz w:val="16"/>
              </w:rPr>
              <w:t>Method / System Design</w:t>
            </w:r>
          </w:p>
        </w:tc>
      </w:tr>
      <w:tr>
        <w:trPr>
          <w:cantSplit/>
        </w:trPr>
        <w:tc>
          <w:tcPr>
            <w:tcW w:type="dxa" w:w="6336"/>
            <w:tcMar>
              <w:top w:w="80" w:type="dxa"/>
              <w:start w:w="80" w:type="dxa"/>
              <w:bottom w:w="80" w:type="dxa"/>
              <w:end w:w="80" w:type="dxa"/>
            </w:tcMar>
            <w:vAlign w:val="top"/>
          </w:tcPr>
          <w:p>
            <w:r/>
            <w:r>
              <w:rPr>
                <w:rFonts w:ascii="NanumBarunGothic" w:hAnsi="NanumBarunGothic" w:eastAsia="NanumBarunGothic"/>
                <w:b w:val="0"/>
                <w:sz w:val="16"/>
              </w:rPr>
              <w:t>Research question, baseline, metric, dataset, ablation</w:t>
            </w:r>
          </w:p>
        </w:tc>
        <w:tc>
          <w:tcPr>
            <w:tcW w:type="dxa" w:w="8352"/>
            <w:tcMar>
              <w:top w:w="80" w:type="dxa"/>
              <w:start w:w="80" w:type="dxa"/>
              <w:bottom w:w="80" w:type="dxa"/>
              <w:end w:w="80" w:type="dxa"/>
            </w:tcMar>
            <w:vAlign w:val="top"/>
          </w:tcPr>
          <w:p>
            <w:r/>
            <w:r>
              <w:rPr>
                <w:rFonts w:ascii="NanumBarunGothic" w:hAnsi="NanumBarunGothic" w:eastAsia="NanumBarunGothic"/>
                <w:b w:val="0"/>
                <w:sz w:val="16"/>
              </w:rPr>
              <w:t>Experiments</w:t>
            </w:r>
          </w:p>
        </w:tc>
      </w:tr>
      <w:tr>
        <w:trPr>
          <w:cantSplit/>
        </w:trPr>
        <w:tc>
          <w:tcPr>
            <w:tcW w:type="dxa" w:w="6336"/>
            <w:tcMar>
              <w:top w:w="80" w:type="dxa"/>
              <w:start w:w="80" w:type="dxa"/>
              <w:bottom w:w="80" w:type="dxa"/>
              <w:end w:w="80" w:type="dxa"/>
            </w:tcMar>
            <w:vAlign w:val="top"/>
          </w:tcPr>
          <w:p>
            <w:r/>
            <w:r>
              <w:rPr>
                <w:rFonts w:ascii="NanumBarunGothic" w:hAnsi="NanumBarunGothic" w:eastAsia="NanumBarunGothic"/>
                <w:b w:val="0"/>
                <w:sz w:val="16"/>
              </w:rPr>
              <w:t>알려진 한계와 실패 사례</w:t>
            </w:r>
          </w:p>
        </w:tc>
        <w:tc>
          <w:tcPr>
            <w:tcW w:type="dxa" w:w="8352"/>
            <w:tcMar>
              <w:top w:w="80" w:type="dxa"/>
              <w:start w:w="80" w:type="dxa"/>
              <w:bottom w:w="80" w:type="dxa"/>
              <w:end w:w="80" w:type="dxa"/>
            </w:tcMar>
            <w:vAlign w:val="top"/>
          </w:tcPr>
          <w:p>
            <w:r/>
            <w:r>
              <w:rPr>
                <w:rFonts w:ascii="NanumBarunGothic" w:hAnsi="NanumBarunGothic" w:eastAsia="NanumBarunGothic"/>
                <w:b w:val="0"/>
                <w:sz w:val="16"/>
              </w:rPr>
              <w:t>Discussion / Limitations</w:t>
            </w:r>
          </w:p>
        </w:tc>
      </w:tr>
    </w:tbl>
    <w:sectPr w:rsidR="00FC693F" w:rsidRPr="0006063C" w:rsidSect="00034616">
      <w:footerReference w:type="default" r:id="rId9"/>
      <w:pgSz w:w="16834" w:h="11909" w:orient="landscape"/>
      <w:pgMar w:top="648" w:right="648" w:bottom="1224" w:left="64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NanumBarunGothic" w:hAnsi="NanumBarunGothic" w:eastAsia="NanumBarunGothic"/>
        <w:color w:val="777777"/>
        <w:sz w:val="16"/>
      </w:rPr>
      <w:t>연구 현실성 점검 워크시트 — 수정 가능한 DOCX</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NanumBarunGothic" w:hAnsi="NanumBarunGothic" w:eastAsia="NanumBarunGothic"/>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